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2EAF9" w14:textId="20A5042E" w:rsidR="0069068D" w:rsidRPr="00E459CD" w:rsidRDefault="0052048C" w:rsidP="009E5C16">
      <w:pPr>
        <w:pStyle w:val="Heading1"/>
      </w:pPr>
      <w:bookmarkStart w:id="0" w:name="_Toc232511172"/>
      <w:bookmarkStart w:id="1" w:name="_Toc232511290"/>
      <w:r>
        <w:t xml:space="preserve">Work Experience </w:t>
      </w:r>
      <w:r w:rsidR="0069068D" w:rsidRPr="00E459CD">
        <w:t>Parent, School, College or Education Provider Agreement</w:t>
      </w:r>
      <w:bookmarkEnd w:id="0"/>
      <w:bookmarkEnd w:id="1"/>
    </w:p>
    <w:p w14:paraId="113D1346" w14:textId="77777777" w:rsidR="0069068D" w:rsidRPr="00E459CD" w:rsidRDefault="0069068D" w:rsidP="0069068D">
      <w:pPr>
        <w:rPr>
          <w:rFonts w:ascii="Aptos" w:hAnsi="Aptos"/>
        </w:rPr>
      </w:pPr>
      <w:r w:rsidRPr="00E459CD">
        <w:rPr>
          <w:rFonts w:ascii="Aptos" w:hAnsi="Aptos"/>
        </w:rPr>
        <w:t>This form must be completed where the participant is under 18 or where the placement is arranged through a school, college, university or other education provider.</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30"/>
        <w:gridCol w:w="2277"/>
        <w:gridCol w:w="2555"/>
        <w:gridCol w:w="2552"/>
      </w:tblGrid>
      <w:tr w:rsidR="0069068D" w:rsidRPr="00E459CD" w14:paraId="2008E681" w14:textId="77777777" w:rsidTr="009E5C16">
        <w:trPr>
          <w:jc w:val="center"/>
        </w:trPr>
        <w:tc>
          <w:tcPr>
            <w:tcW w:w="2830" w:type="dxa"/>
            <w:shd w:val="clear" w:color="auto" w:fill="E6F2F2"/>
            <w:vAlign w:val="center"/>
          </w:tcPr>
          <w:p w14:paraId="6F191C79" w14:textId="77777777" w:rsidR="0069068D" w:rsidRPr="00E459CD" w:rsidRDefault="0069068D" w:rsidP="0069068D">
            <w:pPr>
              <w:rPr>
                <w:rFonts w:ascii="Aptos" w:hAnsi="Aptos"/>
              </w:rPr>
            </w:pPr>
            <w:r w:rsidRPr="00E459CD">
              <w:rPr>
                <w:rFonts w:ascii="Aptos" w:hAnsi="Aptos"/>
                <w:b/>
              </w:rPr>
              <w:t>Participant name</w:t>
            </w:r>
          </w:p>
        </w:tc>
        <w:tc>
          <w:tcPr>
            <w:tcW w:w="2277" w:type="dxa"/>
            <w:vAlign w:val="center"/>
          </w:tcPr>
          <w:p w14:paraId="31664911" w14:textId="77777777" w:rsidR="0069068D" w:rsidRPr="00E459CD" w:rsidRDefault="0069068D" w:rsidP="0069068D">
            <w:pPr>
              <w:rPr>
                <w:rFonts w:ascii="Aptos" w:hAnsi="Aptos"/>
              </w:rPr>
            </w:pPr>
            <w:r w:rsidRPr="00E459CD">
              <w:rPr>
                <w:rFonts w:ascii="Aptos" w:hAnsi="Aptos"/>
              </w:rPr>
              <w:t xml:space="preserve"> </w:t>
            </w:r>
          </w:p>
        </w:tc>
        <w:tc>
          <w:tcPr>
            <w:tcW w:w="2555" w:type="dxa"/>
            <w:shd w:val="clear" w:color="auto" w:fill="E6F2F2"/>
            <w:vAlign w:val="center"/>
          </w:tcPr>
          <w:p w14:paraId="3C0DD570" w14:textId="77777777" w:rsidR="0069068D" w:rsidRPr="00E459CD" w:rsidRDefault="0069068D" w:rsidP="0069068D">
            <w:pPr>
              <w:rPr>
                <w:rFonts w:ascii="Aptos" w:hAnsi="Aptos"/>
              </w:rPr>
            </w:pPr>
            <w:r w:rsidRPr="00E459CD">
              <w:rPr>
                <w:rFonts w:ascii="Aptos" w:hAnsi="Aptos"/>
                <w:b/>
              </w:rPr>
              <w:t>Date of birth</w:t>
            </w:r>
          </w:p>
        </w:tc>
        <w:tc>
          <w:tcPr>
            <w:tcW w:w="2552" w:type="dxa"/>
            <w:vAlign w:val="center"/>
          </w:tcPr>
          <w:p w14:paraId="79C1EF5E"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4D98FE66" w14:textId="77777777" w:rsidTr="009E5C16">
        <w:trPr>
          <w:jc w:val="center"/>
        </w:trPr>
        <w:tc>
          <w:tcPr>
            <w:tcW w:w="2830" w:type="dxa"/>
            <w:shd w:val="clear" w:color="auto" w:fill="E6F2F2"/>
            <w:vAlign w:val="center"/>
          </w:tcPr>
          <w:p w14:paraId="107FB85C" w14:textId="77777777" w:rsidR="0069068D" w:rsidRPr="00E459CD" w:rsidRDefault="0069068D" w:rsidP="0069068D">
            <w:pPr>
              <w:rPr>
                <w:rFonts w:ascii="Aptos" w:hAnsi="Aptos"/>
              </w:rPr>
            </w:pPr>
            <w:r w:rsidRPr="00E459CD">
              <w:rPr>
                <w:rFonts w:ascii="Aptos" w:hAnsi="Aptos"/>
                <w:b/>
              </w:rPr>
              <w:t>Placement dates</w:t>
            </w:r>
          </w:p>
        </w:tc>
        <w:tc>
          <w:tcPr>
            <w:tcW w:w="2277" w:type="dxa"/>
            <w:vAlign w:val="center"/>
          </w:tcPr>
          <w:p w14:paraId="0ED05E91" w14:textId="77777777" w:rsidR="0069068D" w:rsidRPr="00E459CD" w:rsidRDefault="0069068D" w:rsidP="0069068D">
            <w:pPr>
              <w:rPr>
                <w:rFonts w:ascii="Aptos" w:hAnsi="Aptos"/>
              </w:rPr>
            </w:pPr>
            <w:r w:rsidRPr="00E459CD">
              <w:rPr>
                <w:rFonts w:ascii="Aptos" w:hAnsi="Aptos"/>
              </w:rPr>
              <w:t xml:space="preserve"> </w:t>
            </w:r>
          </w:p>
        </w:tc>
        <w:tc>
          <w:tcPr>
            <w:tcW w:w="2555" w:type="dxa"/>
            <w:shd w:val="clear" w:color="auto" w:fill="E6F2F2"/>
            <w:vAlign w:val="center"/>
          </w:tcPr>
          <w:p w14:paraId="6AC89C8B" w14:textId="6ADD1196" w:rsidR="0069068D" w:rsidRPr="00E459CD" w:rsidRDefault="009E5C16" w:rsidP="0069068D">
            <w:pPr>
              <w:rPr>
                <w:rFonts w:ascii="Aptos" w:hAnsi="Aptos"/>
              </w:rPr>
            </w:pPr>
            <w:r>
              <w:rPr>
                <w:rFonts w:ascii="Aptos" w:hAnsi="Aptos"/>
                <w:b/>
              </w:rPr>
              <w:t>Location/Service</w:t>
            </w:r>
          </w:p>
        </w:tc>
        <w:tc>
          <w:tcPr>
            <w:tcW w:w="2552" w:type="dxa"/>
            <w:vAlign w:val="center"/>
          </w:tcPr>
          <w:p w14:paraId="2D2A5F5B"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3DFD98FC" w14:textId="77777777" w:rsidTr="009E5C16">
        <w:trPr>
          <w:jc w:val="center"/>
        </w:trPr>
        <w:tc>
          <w:tcPr>
            <w:tcW w:w="2830" w:type="dxa"/>
            <w:shd w:val="clear" w:color="auto" w:fill="E6F2F2"/>
            <w:vAlign w:val="center"/>
          </w:tcPr>
          <w:p w14:paraId="01646ED1" w14:textId="77777777" w:rsidR="0069068D" w:rsidRPr="00E459CD" w:rsidRDefault="0069068D" w:rsidP="0069068D">
            <w:pPr>
              <w:rPr>
                <w:rFonts w:ascii="Aptos" w:hAnsi="Aptos"/>
              </w:rPr>
            </w:pPr>
            <w:r w:rsidRPr="00E459CD">
              <w:rPr>
                <w:rFonts w:ascii="Aptos" w:hAnsi="Aptos"/>
                <w:b/>
              </w:rPr>
              <w:t>Hosting manager</w:t>
            </w:r>
          </w:p>
        </w:tc>
        <w:tc>
          <w:tcPr>
            <w:tcW w:w="2277" w:type="dxa"/>
            <w:vAlign w:val="center"/>
          </w:tcPr>
          <w:p w14:paraId="04FC00A7" w14:textId="77777777" w:rsidR="0069068D" w:rsidRPr="00E459CD" w:rsidRDefault="0069068D" w:rsidP="0069068D">
            <w:pPr>
              <w:rPr>
                <w:rFonts w:ascii="Aptos" w:hAnsi="Aptos"/>
              </w:rPr>
            </w:pPr>
            <w:r w:rsidRPr="00E459CD">
              <w:rPr>
                <w:rFonts w:ascii="Aptos" w:hAnsi="Aptos"/>
              </w:rPr>
              <w:t xml:space="preserve"> </w:t>
            </w:r>
          </w:p>
        </w:tc>
        <w:tc>
          <w:tcPr>
            <w:tcW w:w="2555" w:type="dxa"/>
            <w:shd w:val="clear" w:color="auto" w:fill="E6F2F2"/>
            <w:vAlign w:val="center"/>
          </w:tcPr>
          <w:p w14:paraId="52B1A70A" w14:textId="77777777" w:rsidR="0069068D" w:rsidRPr="00E459CD" w:rsidRDefault="0069068D" w:rsidP="0069068D">
            <w:pPr>
              <w:rPr>
                <w:rFonts w:ascii="Aptos" w:hAnsi="Aptos"/>
              </w:rPr>
            </w:pPr>
            <w:r w:rsidRPr="00E459CD">
              <w:rPr>
                <w:rFonts w:ascii="Aptos" w:hAnsi="Aptos"/>
                <w:b/>
              </w:rPr>
              <w:t>Named supervisor</w:t>
            </w:r>
          </w:p>
        </w:tc>
        <w:tc>
          <w:tcPr>
            <w:tcW w:w="2552" w:type="dxa"/>
            <w:vAlign w:val="center"/>
          </w:tcPr>
          <w:p w14:paraId="0461FB98"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01B87EA9" w14:textId="77777777" w:rsidTr="009E5C16">
        <w:trPr>
          <w:jc w:val="center"/>
        </w:trPr>
        <w:tc>
          <w:tcPr>
            <w:tcW w:w="2830" w:type="dxa"/>
            <w:shd w:val="clear" w:color="auto" w:fill="E6F2F2"/>
            <w:vAlign w:val="center"/>
          </w:tcPr>
          <w:p w14:paraId="44E2E02D" w14:textId="77777777" w:rsidR="0069068D" w:rsidRPr="00E459CD" w:rsidRDefault="0069068D" w:rsidP="0069068D">
            <w:pPr>
              <w:rPr>
                <w:rFonts w:ascii="Aptos" w:hAnsi="Aptos"/>
              </w:rPr>
            </w:pPr>
            <w:r w:rsidRPr="00E459CD">
              <w:rPr>
                <w:rFonts w:ascii="Aptos" w:hAnsi="Aptos"/>
                <w:b/>
              </w:rPr>
              <w:t>Education provider</w:t>
            </w:r>
          </w:p>
        </w:tc>
        <w:tc>
          <w:tcPr>
            <w:tcW w:w="2277" w:type="dxa"/>
            <w:vAlign w:val="center"/>
          </w:tcPr>
          <w:p w14:paraId="4EBEF603" w14:textId="77777777" w:rsidR="0069068D" w:rsidRPr="00E459CD" w:rsidRDefault="0069068D" w:rsidP="0069068D">
            <w:pPr>
              <w:rPr>
                <w:rFonts w:ascii="Aptos" w:hAnsi="Aptos"/>
              </w:rPr>
            </w:pPr>
            <w:r w:rsidRPr="00E459CD">
              <w:rPr>
                <w:rFonts w:ascii="Aptos" w:hAnsi="Aptos"/>
              </w:rPr>
              <w:t xml:space="preserve"> </w:t>
            </w:r>
          </w:p>
        </w:tc>
        <w:tc>
          <w:tcPr>
            <w:tcW w:w="2555" w:type="dxa"/>
            <w:shd w:val="clear" w:color="auto" w:fill="E6F2F2"/>
            <w:vAlign w:val="center"/>
          </w:tcPr>
          <w:p w14:paraId="0EF0BEDD" w14:textId="77777777" w:rsidR="0069068D" w:rsidRPr="00E459CD" w:rsidRDefault="0069068D" w:rsidP="0069068D">
            <w:pPr>
              <w:rPr>
                <w:rFonts w:ascii="Aptos" w:hAnsi="Aptos"/>
              </w:rPr>
            </w:pPr>
            <w:r w:rsidRPr="00E459CD">
              <w:rPr>
                <w:rFonts w:ascii="Aptos" w:hAnsi="Aptos"/>
                <w:b/>
              </w:rPr>
              <w:t>Education provider contact name</w:t>
            </w:r>
          </w:p>
        </w:tc>
        <w:tc>
          <w:tcPr>
            <w:tcW w:w="2552" w:type="dxa"/>
            <w:vAlign w:val="center"/>
          </w:tcPr>
          <w:p w14:paraId="44D6DBBB"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2A284EE9" w14:textId="77777777" w:rsidTr="009E5C16">
        <w:trPr>
          <w:jc w:val="center"/>
        </w:trPr>
        <w:tc>
          <w:tcPr>
            <w:tcW w:w="2830" w:type="dxa"/>
            <w:shd w:val="clear" w:color="auto" w:fill="E6F2F2"/>
            <w:vAlign w:val="center"/>
          </w:tcPr>
          <w:p w14:paraId="1DDFD830" w14:textId="77777777" w:rsidR="0069068D" w:rsidRPr="00E459CD" w:rsidRDefault="0069068D" w:rsidP="0069068D">
            <w:pPr>
              <w:rPr>
                <w:rFonts w:ascii="Aptos" w:hAnsi="Aptos"/>
              </w:rPr>
            </w:pPr>
            <w:r w:rsidRPr="00E459CD">
              <w:rPr>
                <w:rFonts w:ascii="Aptos" w:hAnsi="Aptos"/>
                <w:b/>
              </w:rPr>
              <w:t>Education provider contact email/telephone</w:t>
            </w:r>
          </w:p>
        </w:tc>
        <w:tc>
          <w:tcPr>
            <w:tcW w:w="2277" w:type="dxa"/>
            <w:vAlign w:val="center"/>
          </w:tcPr>
          <w:p w14:paraId="2F756529" w14:textId="77777777" w:rsidR="0069068D" w:rsidRPr="00E459CD" w:rsidRDefault="0069068D" w:rsidP="0069068D">
            <w:pPr>
              <w:rPr>
                <w:rFonts w:ascii="Aptos" w:hAnsi="Aptos"/>
              </w:rPr>
            </w:pPr>
            <w:r w:rsidRPr="00E459CD">
              <w:rPr>
                <w:rFonts w:ascii="Aptos" w:hAnsi="Aptos"/>
              </w:rPr>
              <w:t xml:space="preserve"> </w:t>
            </w:r>
          </w:p>
        </w:tc>
        <w:tc>
          <w:tcPr>
            <w:tcW w:w="2555" w:type="dxa"/>
            <w:shd w:val="clear" w:color="auto" w:fill="E6F2F2"/>
            <w:vAlign w:val="center"/>
          </w:tcPr>
          <w:p w14:paraId="45B69775" w14:textId="77777777" w:rsidR="0069068D" w:rsidRPr="00E459CD" w:rsidRDefault="0069068D" w:rsidP="0069068D">
            <w:pPr>
              <w:rPr>
                <w:rFonts w:ascii="Aptos" w:hAnsi="Aptos"/>
              </w:rPr>
            </w:pPr>
            <w:r w:rsidRPr="00E459CD">
              <w:rPr>
                <w:rFonts w:ascii="Aptos" w:hAnsi="Aptos"/>
                <w:b/>
              </w:rPr>
              <w:t>Emergency contact name and number</w:t>
            </w:r>
          </w:p>
        </w:tc>
        <w:tc>
          <w:tcPr>
            <w:tcW w:w="2552" w:type="dxa"/>
            <w:vAlign w:val="center"/>
          </w:tcPr>
          <w:p w14:paraId="08DD3AE0" w14:textId="77777777" w:rsidR="0069068D" w:rsidRPr="00E459CD" w:rsidRDefault="0069068D" w:rsidP="0069068D">
            <w:pPr>
              <w:rPr>
                <w:rFonts w:ascii="Aptos" w:hAnsi="Aptos"/>
              </w:rPr>
            </w:pPr>
            <w:r w:rsidRPr="00E459CD">
              <w:rPr>
                <w:rFonts w:ascii="Aptos" w:hAnsi="Aptos"/>
              </w:rPr>
              <w:t xml:space="preserve"> </w:t>
            </w:r>
          </w:p>
        </w:tc>
      </w:tr>
    </w:tbl>
    <w:p w14:paraId="1D1DD7A1" w14:textId="77777777" w:rsidR="0069068D" w:rsidRPr="00E459CD" w:rsidRDefault="0069068D" w:rsidP="0069068D">
      <w:pPr>
        <w:rPr>
          <w:rFonts w:ascii="Aptos" w:hAnsi="Aptos"/>
          <w:b/>
          <w:bCs/>
        </w:rPr>
      </w:pPr>
      <w:r w:rsidRPr="00E459CD">
        <w:rPr>
          <w:rFonts w:ascii="Aptos" w:hAnsi="Aptos"/>
          <w:b/>
          <w:bCs/>
        </w:rPr>
        <w:t>Participant agreement</w:t>
      </w:r>
    </w:p>
    <w:p w14:paraId="1CE6085E" w14:textId="77777777" w:rsidR="0069068D" w:rsidRPr="00E459CD" w:rsidRDefault="0069068D" w:rsidP="0069068D">
      <w:pPr>
        <w:rPr>
          <w:rFonts w:ascii="Aptos" w:hAnsi="Aptos"/>
        </w:rPr>
      </w:pPr>
      <w:r w:rsidRPr="00E459CD">
        <w:rPr>
          <w:rFonts w:ascii="Aptos" w:hAnsi="Aptos"/>
        </w:rPr>
        <w:t>The participant agrees to attend punctually, behave professionally and respectfully, follow instructions, maintain confidentiality, comply with BrisDoc health and safety, safeguarding, information governance and conduct requirements, wear appropriate clothing and identification, stay within the agreed placement scope, and raise concerns promptly.</w:t>
      </w:r>
    </w:p>
    <w:p w14:paraId="3FDBBF90" w14:textId="77777777" w:rsidR="0069068D" w:rsidRPr="00E459CD" w:rsidRDefault="0069068D" w:rsidP="0069068D">
      <w:pPr>
        <w:rPr>
          <w:rFonts w:ascii="Aptos" w:hAnsi="Aptos"/>
          <w:b/>
          <w:bCs/>
        </w:rPr>
      </w:pPr>
      <w:r w:rsidRPr="00E459CD">
        <w:rPr>
          <w:rFonts w:ascii="Aptos" w:hAnsi="Aptos"/>
          <w:b/>
          <w:bCs/>
        </w:rPr>
        <w:t>Parent/guardian agreement, if under 18</w:t>
      </w:r>
    </w:p>
    <w:p w14:paraId="6C50C0BD" w14:textId="77777777" w:rsidR="0069068D" w:rsidRPr="00E459CD" w:rsidRDefault="0069068D" w:rsidP="0069068D">
      <w:pPr>
        <w:rPr>
          <w:rFonts w:ascii="Aptos" w:hAnsi="Aptos"/>
        </w:rPr>
      </w:pPr>
      <w:r w:rsidRPr="00E459CD">
        <w:rPr>
          <w:rFonts w:ascii="Aptos" w:hAnsi="Aptos"/>
        </w:rPr>
        <w:t>The parent or guardian agrees to support attendance and engagement, ensure BrisDoc has accurate emergency contact details, notify BrisDoc of relevant health, disability, learning, safeguarding or support needs, and support the participant to understand confidentiality and professional behaviour.</w:t>
      </w:r>
    </w:p>
    <w:p w14:paraId="70FF1329" w14:textId="77777777" w:rsidR="0069068D" w:rsidRPr="00E459CD" w:rsidRDefault="0069068D" w:rsidP="0069068D">
      <w:pPr>
        <w:rPr>
          <w:rFonts w:ascii="Aptos" w:hAnsi="Aptos"/>
          <w:b/>
          <w:bCs/>
        </w:rPr>
      </w:pPr>
      <w:r w:rsidRPr="00E459CD">
        <w:rPr>
          <w:rFonts w:ascii="Aptos" w:hAnsi="Aptos"/>
          <w:b/>
          <w:bCs/>
        </w:rPr>
        <w:t>School, college, university or education provider agreement</w:t>
      </w:r>
    </w:p>
    <w:p w14:paraId="048EF985" w14:textId="77777777" w:rsidR="0069068D" w:rsidRPr="00E459CD" w:rsidRDefault="0069068D" w:rsidP="0069068D">
      <w:pPr>
        <w:rPr>
          <w:rFonts w:ascii="Aptos" w:hAnsi="Aptos"/>
        </w:rPr>
      </w:pPr>
      <w:r w:rsidRPr="00E459CD">
        <w:rPr>
          <w:rFonts w:ascii="Aptos" w:hAnsi="Aptos"/>
        </w:rPr>
        <w:t>The education provider confirms that the participant is suitable to undertake the placement, that the placement aligns with learning or career development objectives, and that any known support needs or reasonable adjustments have been communicated to BrisDoc with appropriate consent. Where the placement is a formal course-related placement, this must be confirmed to BrisDoc.</w:t>
      </w:r>
    </w:p>
    <w:p w14:paraId="7C070CE6" w14:textId="77777777" w:rsidR="0069068D" w:rsidRPr="00E459CD" w:rsidRDefault="0069068D" w:rsidP="0069068D">
      <w:pPr>
        <w:rPr>
          <w:rFonts w:ascii="Aptos" w:hAnsi="Aptos"/>
          <w:b/>
          <w:bCs/>
        </w:rPr>
      </w:pPr>
      <w:r w:rsidRPr="00E459CD">
        <w:rPr>
          <w:rFonts w:ascii="Aptos" w:hAnsi="Aptos"/>
          <w:b/>
          <w:bCs/>
        </w:rPr>
        <w:t>Hosting manager confirmation</w:t>
      </w:r>
    </w:p>
    <w:p w14:paraId="3586CC7D" w14:textId="77777777" w:rsidR="0069068D" w:rsidRPr="00E459CD" w:rsidRDefault="0069068D" w:rsidP="0069068D">
      <w:pPr>
        <w:rPr>
          <w:rFonts w:ascii="Aptos" w:hAnsi="Aptos"/>
        </w:rPr>
      </w:pPr>
      <w:r w:rsidRPr="00E459CD">
        <w:rPr>
          <w:rFonts w:ascii="Aptos" w:hAnsi="Aptos"/>
        </w:rPr>
        <w:t>The hosting manager confirms that the placement has been agreed and that the required pre-placement documentation, risk assessment and supervision arrangements are in place.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14"/>
        <w:gridCol w:w="2410"/>
        <w:gridCol w:w="3118"/>
        <w:gridCol w:w="1572"/>
      </w:tblGrid>
      <w:tr w:rsidR="0069068D" w:rsidRPr="00E459CD" w14:paraId="3D0ECC6C" w14:textId="77777777" w:rsidTr="009E5C16">
        <w:tc>
          <w:tcPr>
            <w:tcW w:w="3114" w:type="dxa"/>
            <w:shd w:val="clear" w:color="auto" w:fill="E6F2F2"/>
          </w:tcPr>
          <w:p w14:paraId="0F5FB7D9" w14:textId="77777777" w:rsidR="0069068D" w:rsidRPr="00E459CD" w:rsidRDefault="0069068D" w:rsidP="0069068D">
            <w:pPr>
              <w:rPr>
                <w:rFonts w:ascii="Aptos" w:hAnsi="Aptos"/>
              </w:rPr>
            </w:pPr>
            <w:r w:rsidRPr="00E459CD">
              <w:rPr>
                <w:rFonts w:ascii="Aptos" w:hAnsi="Aptos"/>
                <w:b/>
              </w:rPr>
              <w:t>Role</w:t>
            </w:r>
          </w:p>
        </w:tc>
        <w:tc>
          <w:tcPr>
            <w:tcW w:w="2410" w:type="dxa"/>
            <w:shd w:val="clear" w:color="auto" w:fill="E6F2F2"/>
          </w:tcPr>
          <w:p w14:paraId="661CAA8A" w14:textId="77777777" w:rsidR="0069068D" w:rsidRPr="00E459CD" w:rsidRDefault="0069068D" w:rsidP="0069068D">
            <w:pPr>
              <w:rPr>
                <w:rFonts w:ascii="Aptos" w:hAnsi="Aptos"/>
              </w:rPr>
            </w:pPr>
            <w:r w:rsidRPr="00E459CD">
              <w:rPr>
                <w:rFonts w:ascii="Aptos" w:hAnsi="Aptos"/>
                <w:b/>
              </w:rPr>
              <w:t>Name</w:t>
            </w:r>
          </w:p>
        </w:tc>
        <w:tc>
          <w:tcPr>
            <w:tcW w:w="3118" w:type="dxa"/>
            <w:shd w:val="clear" w:color="auto" w:fill="E6F2F2"/>
          </w:tcPr>
          <w:p w14:paraId="74C75E80" w14:textId="77777777" w:rsidR="0069068D" w:rsidRPr="00E459CD" w:rsidRDefault="0069068D" w:rsidP="0069068D">
            <w:pPr>
              <w:rPr>
                <w:rFonts w:ascii="Aptos" w:hAnsi="Aptos"/>
              </w:rPr>
            </w:pPr>
            <w:r w:rsidRPr="00E459CD">
              <w:rPr>
                <w:rFonts w:ascii="Aptos" w:hAnsi="Aptos"/>
                <w:b/>
              </w:rPr>
              <w:t>Signature</w:t>
            </w:r>
          </w:p>
        </w:tc>
        <w:tc>
          <w:tcPr>
            <w:tcW w:w="1572" w:type="dxa"/>
            <w:shd w:val="clear" w:color="auto" w:fill="E6F2F2"/>
          </w:tcPr>
          <w:p w14:paraId="1F8143B2" w14:textId="77777777" w:rsidR="0069068D" w:rsidRPr="00E459CD" w:rsidRDefault="0069068D" w:rsidP="0069068D">
            <w:pPr>
              <w:rPr>
                <w:rFonts w:ascii="Aptos" w:hAnsi="Aptos"/>
              </w:rPr>
            </w:pPr>
            <w:r w:rsidRPr="00E459CD">
              <w:rPr>
                <w:rFonts w:ascii="Aptos" w:hAnsi="Aptos"/>
                <w:b/>
              </w:rPr>
              <w:t>Date</w:t>
            </w:r>
          </w:p>
        </w:tc>
      </w:tr>
      <w:tr w:rsidR="0069068D" w:rsidRPr="00E459CD" w14:paraId="10AA94A8" w14:textId="77777777" w:rsidTr="009E5C16">
        <w:tc>
          <w:tcPr>
            <w:tcW w:w="3114" w:type="dxa"/>
          </w:tcPr>
          <w:p w14:paraId="7BC50D05" w14:textId="77777777" w:rsidR="0069068D" w:rsidRPr="00E459CD" w:rsidRDefault="0069068D" w:rsidP="0069068D">
            <w:pPr>
              <w:rPr>
                <w:rFonts w:ascii="Aptos" w:hAnsi="Aptos"/>
              </w:rPr>
            </w:pPr>
            <w:r w:rsidRPr="00E459CD">
              <w:rPr>
                <w:rFonts w:ascii="Aptos" w:hAnsi="Aptos"/>
              </w:rPr>
              <w:t>Participant</w:t>
            </w:r>
          </w:p>
        </w:tc>
        <w:tc>
          <w:tcPr>
            <w:tcW w:w="2410" w:type="dxa"/>
          </w:tcPr>
          <w:p w14:paraId="51916516" w14:textId="77777777" w:rsidR="0069068D" w:rsidRPr="00E459CD" w:rsidRDefault="0069068D" w:rsidP="0069068D">
            <w:pPr>
              <w:rPr>
                <w:rFonts w:ascii="Aptos" w:hAnsi="Aptos"/>
              </w:rPr>
            </w:pPr>
            <w:r w:rsidRPr="00E459CD">
              <w:rPr>
                <w:rFonts w:ascii="Aptos" w:hAnsi="Aptos"/>
              </w:rPr>
              <w:t xml:space="preserve"> </w:t>
            </w:r>
          </w:p>
        </w:tc>
        <w:tc>
          <w:tcPr>
            <w:tcW w:w="3118" w:type="dxa"/>
          </w:tcPr>
          <w:p w14:paraId="51DFE8F7" w14:textId="77777777" w:rsidR="0069068D" w:rsidRPr="00E459CD" w:rsidRDefault="0069068D" w:rsidP="0069068D">
            <w:pPr>
              <w:rPr>
                <w:rFonts w:ascii="Aptos" w:hAnsi="Aptos"/>
              </w:rPr>
            </w:pPr>
            <w:r w:rsidRPr="00E459CD">
              <w:rPr>
                <w:rFonts w:ascii="Aptos" w:hAnsi="Aptos"/>
              </w:rPr>
              <w:t xml:space="preserve"> </w:t>
            </w:r>
          </w:p>
        </w:tc>
        <w:tc>
          <w:tcPr>
            <w:tcW w:w="1572" w:type="dxa"/>
          </w:tcPr>
          <w:p w14:paraId="15F91BC2"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0F30692A" w14:textId="77777777" w:rsidTr="009E5C16">
        <w:tc>
          <w:tcPr>
            <w:tcW w:w="3114" w:type="dxa"/>
          </w:tcPr>
          <w:p w14:paraId="7B15A6D4" w14:textId="77777777" w:rsidR="0069068D" w:rsidRPr="00E459CD" w:rsidRDefault="0069068D" w:rsidP="0069068D">
            <w:pPr>
              <w:rPr>
                <w:rFonts w:ascii="Aptos" w:hAnsi="Aptos"/>
              </w:rPr>
            </w:pPr>
            <w:r w:rsidRPr="00E459CD">
              <w:rPr>
                <w:rFonts w:ascii="Aptos" w:hAnsi="Aptos"/>
              </w:rPr>
              <w:t>Parent/guardian, if under 18</w:t>
            </w:r>
          </w:p>
        </w:tc>
        <w:tc>
          <w:tcPr>
            <w:tcW w:w="2410" w:type="dxa"/>
          </w:tcPr>
          <w:p w14:paraId="08ADFCE5" w14:textId="77777777" w:rsidR="0069068D" w:rsidRPr="00E459CD" w:rsidRDefault="0069068D" w:rsidP="0069068D">
            <w:pPr>
              <w:rPr>
                <w:rFonts w:ascii="Aptos" w:hAnsi="Aptos"/>
              </w:rPr>
            </w:pPr>
            <w:r w:rsidRPr="00E459CD">
              <w:rPr>
                <w:rFonts w:ascii="Aptos" w:hAnsi="Aptos"/>
              </w:rPr>
              <w:t xml:space="preserve"> </w:t>
            </w:r>
          </w:p>
        </w:tc>
        <w:tc>
          <w:tcPr>
            <w:tcW w:w="3118" w:type="dxa"/>
          </w:tcPr>
          <w:p w14:paraId="15CB83A2" w14:textId="77777777" w:rsidR="0069068D" w:rsidRPr="00E459CD" w:rsidRDefault="0069068D" w:rsidP="0069068D">
            <w:pPr>
              <w:rPr>
                <w:rFonts w:ascii="Aptos" w:hAnsi="Aptos"/>
              </w:rPr>
            </w:pPr>
            <w:r w:rsidRPr="00E459CD">
              <w:rPr>
                <w:rFonts w:ascii="Aptos" w:hAnsi="Aptos"/>
              </w:rPr>
              <w:t xml:space="preserve"> </w:t>
            </w:r>
          </w:p>
        </w:tc>
        <w:tc>
          <w:tcPr>
            <w:tcW w:w="1572" w:type="dxa"/>
          </w:tcPr>
          <w:p w14:paraId="3B85984C"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292047D1" w14:textId="77777777" w:rsidTr="009E5C16">
        <w:tc>
          <w:tcPr>
            <w:tcW w:w="3114" w:type="dxa"/>
          </w:tcPr>
          <w:p w14:paraId="4F3F23A8" w14:textId="77777777" w:rsidR="0069068D" w:rsidRPr="00E459CD" w:rsidRDefault="0069068D" w:rsidP="0069068D">
            <w:pPr>
              <w:rPr>
                <w:rFonts w:ascii="Aptos" w:hAnsi="Aptos"/>
              </w:rPr>
            </w:pPr>
            <w:r w:rsidRPr="00E459CD">
              <w:rPr>
                <w:rFonts w:ascii="Aptos" w:hAnsi="Aptos"/>
              </w:rPr>
              <w:t>Education provider representative</w:t>
            </w:r>
          </w:p>
        </w:tc>
        <w:tc>
          <w:tcPr>
            <w:tcW w:w="2410" w:type="dxa"/>
          </w:tcPr>
          <w:p w14:paraId="4447D519" w14:textId="77777777" w:rsidR="0069068D" w:rsidRPr="00E459CD" w:rsidRDefault="0069068D" w:rsidP="0069068D">
            <w:pPr>
              <w:rPr>
                <w:rFonts w:ascii="Aptos" w:hAnsi="Aptos"/>
              </w:rPr>
            </w:pPr>
            <w:r w:rsidRPr="00E459CD">
              <w:rPr>
                <w:rFonts w:ascii="Aptos" w:hAnsi="Aptos"/>
              </w:rPr>
              <w:t xml:space="preserve"> </w:t>
            </w:r>
          </w:p>
        </w:tc>
        <w:tc>
          <w:tcPr>
            <w:tcW w:w="3118" w:type="dxa"/>
          </w:tcPr>
          <w:p w14:paraId="12C6FD98" w14:textId="77777777" w:rsidR="0069068D" w:rsidRPr="00E459CD" w:rsidRDefault="0069068D" w:rsidP="0069068D">
            <w:pPr>
              <w:rPr>
                <w:rFonts w:ascii="Aptos" w:hAnsi="Aptos"/>
              </w:rPr>
            </w:pPr>
            <w:r w:rsidRPr="00E459CD">
              <w:rPr>
                <w:rFonts w:ascii="Aptos" w:hAnsi="Aptos"/>
              </w:rPr>
              <w:t xml:space="preserve"> </w:t>
            </w:r>
          </w:p>
        </w:tc>
        <w:tc>
          <w:tcPr>
            <w:tcW w:w="1572" w:type="dxa"/>
          </w:tcPr>
          <w:p w14:paraId="76FB7E11" w14:textId="77777777" w:rsidR="0069068D" w:rsidRPr="00E459CD" w:rsidRDefault="0069068D" w:rsidP="0069068D">
            <w:pPr>
              <w:rPr>
                <w:rFonts w:ascii="Aptos" w:hAnsi="Aptos"/>
              </w:rPr>
            </w:pPr>
            <w:r w:rsidRPr="00E459CD">
              <w:rPr>
                <w:rFonts w:ascii="Aptos" w:hAnsi="Aptos"/>
              </w:rPr>
              <w:t xml:space="preserve"> </w:t>
            </w:r>
          </w:p>
        </w:tc>
      </w:tr>
      <w:tr w:rsidR="0069068D" w:rsidRPr="00E459CD" w14:paraId="78A449BB" w14:textId="77777777" w:rsidTr="009E5C16">
        <w:tc>
          <w:tcPr>
            <w:tcW w:w="3114" w:type="dxa"/>
          </w:tcPr>
          <w:p w14:paraId="566FD74B" w14:textId="77777777" w:rsidR="0069068D" w:rsidRPr="00E459CD" w:rsidRDefault="0069068D" w:rsidP="0069068D">
            <w:pPr>
              <w:rPr>
                <w:rFonts w:ascii="Aptos" w:hAnsi="Aptos"/>
              </w:rPr>
            </w:pPr>
            <w:r w:rsidRPr="00E459CD">
              <w:rPr>
                <w:rFonts w:ascii="Aptos" w:hAnsi="Aptos"/>
              </w:rPr>
              <w:t>Hosting manager</w:t>
            </w:r>
          </w:p>
        </w:tc>
        <w:tc>
          <w:tcPr>
            <w:tcW w:w="2410" w:type="dxa"/>
          </w:tcPr>
          <w:p w14:paraId="1BA34532" w14:textId="77777777" w:rsidR="0069068D" w:rsidRPr="00E459CD" w:rsidRDefault="0069068D" w:rsidP="0069068D">
            <w:pPr>
              <w:rPr>
                <w:rFonts w:ascii="Aptos" w:hAnsi="Aptos"/>
              </w:rPr>
            </w:pPr>
            <w:r w:rsidRPr="00E459CD">
              <w:rPr>
                <w:rFonts w:ascii="Aptos" w:hAnsi="Aptos"/>
              </w:rPr>
              <w:t xml:space="preserve"> </w:t>
            </w:r>
          </w:p>
        </w:tc>
        <w:tc>
          <w:tcPr>
            <w:tcW w:w="3118" w:type="dxa"/>
          </w:tcPr>
          <w:p w14:paraId="61A246AF" w14:textId="77777777" w:rsidR="0069068D" w:rsidRPr="00E459CD" w:rsidRDefault="0069068D" w:rsidP="0069068D">
            <w:pPr>
              <w:rPr>
                <w:rFonts w:ascii="Aptos" w:hAnsi="Aptos"/>
              </w:rPr>
            </w:pPr>
            <w:r w:rsidRPr="00E459CD">
              <w:rPr>
                <w:rFonts w:ascii="Aptos" w:hAnsi="Aptos"/>
              </w:rPr>
              <w:t xml:space="preserve"> </w:t>
            </w:r>
          </w:p>
        </w:tc>
        <w:tc>
          <w:tcPr>
            <w:tcW w:w="1572" w:type="dxa"/>
          </w:tcPr>
          <w:p w14:paraId="297E9845" w14:textId="77777777" w:rsidR="0069068D" w:rsidRPr="00E459CD" w:rsidRDefault="0069068D" w:rsidP="0069068D">
            <w:pPr>
              <w:rPr>
                <w:rFonts w:ascii="Aptos" w:hAnsi="Aptos"/>
              </w:rPr>
            </w:pPr>
            <w:r w:rsidRPr="00E459CD">
              <w:rPr>
                <w:rFonts w:ascii="Aptos" w:hAnsi="Aptos"/>
              </w:rPr>
              <w:t xml:space="preserve"> </w:t>
            </w:r>
          </w:p>
        </w:tc>
      </w:tr>
    </w:tbl>
    <w:p w14:paraId="6E396966" w14:textId="77777777" w:rsidR="00516C2F" w:rsidRPr="00E459CD" w:rsidRDefault="00516C2F" w:rsidP="00C223F4">
      <w:pPr>
        <w:pStyle w:val="Heading1"/>
        <w:rPr>
          <w:rFonts w:ascii="Aptos" w:hAnsi="Aptos"/>
        </w:rPr>
      </w:pPr>
    </w:p>
    <w:sectPr w:rsidR="00516C2F" w:rsidRPr="00E459CD" w:rsidSect="0069068D">
      <w:footerReference w:type="default" r:id="rId8"/>
      <w:pgSz w:w="12240" w:h="15840"/>
      <w:pgMar w:top="936" w:right="1008" w:bottom="93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8EE2B" w14:textId="77777777" w:rsidR="004C0447" w:rsidRPr="00E459CD" w:rsidRDefault="004C0447" w:rsidP="003F037B">
      <w:pPr>
        <w:spacing w:after="0" w:line="240" w:lineRule="auto"/>
      </w:pPr>
      <w:r w:rsidRPr="00E459CD">
        <w:separator/>
      </w:r>
    </w:p>
  </w:endnote>
  <w:endnote w:type="continuationSeparator" w:id="0">
    <w:p w14:paraId="7DD49E92" w14:textId="77777777" w:rsidR="004C0447" w:rsidRPr="00E459CD" w:rsidRDefault="004C0447" w:rsidP="003F037B">
      <w:pPr>
        <w:spacing w:after="0" w:line="240" w:lineRule="auto"/>
      </w:pPr>
      <w:r w:rsidRPr="00E459C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092F2296-5450-4B86-8ADB-5EB495C68C47}"/>
  </w:font>
  <w:font w:name="Times New Roman">
    <w:panose1 w:val="02020603050405020304"/>
    <w:charset w:val="00"/>
    <w:family w:val="roman"/>
    <w:pitch w:val="variable"/>
    <w:sig w:usb0="E0002EFF" w:usb1="C000785B" w:usb2="00000009" w:usb3="00000000" w:csb0="000001FF" w:csb1="00000000"/>
    <w:embedRegular r:id="rId2" w:fontKey="{59E5C3DE-F510-4444-AFE9-BB3E68B5B916}"/>
    <w:embedBold r:id="rId3" w:fontKey="{75D0A8CE-4D2C-4A1A-B3B4-54834FE663DF}"/>
    <w:embedItalic r:id="rId4" w:fontKey="{94E40809-5342-4356-826F-D50B1CF0C2D2}"/>
    <w:embedBoldItalic r:id="rId5" w:fontKey="{A5488653-0277-45F3-94B0-535878BE7337}"/>
  </w:font>
  <w:font w:name="Courier New">
    <w:panose1 w:val="02070309020205020404"/>
    <w:charset w:val="00"/>
    <w:family w:val="modern"/>
    <w:pitch w:val="fixed"/>
    <w:sig w:usb0="E0002EFF" w:usb1="C0007843" w:usb2="00000009" w:usb3="00000000" w:csb0="000001FF" w:csb1="00000000"/>
    <w:embedRegular r:id="rId6" w:fontKey="{B6AE6B1B-19BE-41EE-936F-3FD73FB0563C}"/>
  </w:font>
  <w:font w:name="Wingdings">
    <w:panose1 w:val="05000000000000000000"/>
    <w:charset w:val="02"/>
    <w:family w:val="auto"/>
    <w:pitch w:val="variable"/>
    <w:sig w:usb0="00000000" w:usb1="10000000" w:usb2="00000000" w:usb3="00000000" w:csb0="80000000" w:csb1="00000000"/>
    <w:embedRegular r:id="rId7" w:fontKey="{BBF3D595-976B-4182-A952-4FE3D7A0AB9C}"/>
  </w:font>
  <w:font w:name="Arial">
    <w:panose1 w:val="020B0604020202020204"/>
    <w:charset w:val="00"/>
    <w:family w:val="swiss"/>
    <w:pitch w:val="variable"/>
    <w:sig w:usb0="E0002EFF" w:usb1="C000785B" w:usb2="00000009" w:usb3="00000000" w:csb0="000001FF" w:csb1="00000000"/>
    <w:embedRegular r:id="rId8" w:fontKey="{C0D8F9FE-DD01-49D2-82D7-1BB6C9ADB8EA}"/>
    <w:embedBold r:id="rId9" w:fontKey="{777AC9CB-1F7F-4F3B-A553-A868F0A066AE}"/>
    <w:embedItalic r:id="rId10" w:fontKey="{0CBDF70B-CCAE-4E18-BEB6-6C8371B22114}"/>
    <w:embedBoldItalic r:id="rId11" w:fontKey="{D3EBE999-AD40-4360-8DE4-0D9ED7AE94A8}"/>
  </w:font>
  <w:font w:name="Bree Serif">
    <w:panose1 w:val="02000503040000020004"/>
    <w:charset w:val="00"/>
    <w:family w:val="auto"/>
    <w:pitch w:val="variable"/>
    <w:sig w:usb0="A00000AF" w:usb1="4000204B" w:usb2="00000000" w:usb3="00000000" w:csb0="00000093" w:csb1="00000000"/>
    <w:embedRegular r:id="rId12" w:fontKey="{DA9E5B1E-04BB-4473-BF1A-A4140070E019}"/>
    <w:embedBold r:id="rId13" w:fontKey="{357E78E8-C474-4D44-9C12-155A0CFD2661}"/>
    <w:embedItalic r:id="rId14" w:fontKey="{89B7300D-3F38-4EEE-9D45-B80CF6CCA836}"/>
  </w:font>
  <w:font w:name="Aptos">
    <w:charset w:val="00"/>
    <w:family w:val="swiss"/>
    <w:pitch w:val="variable"/>
    <w:sig w:usb0="20000287" w:usb1="00000003" w:usb2="00000000" w:usb3="00000000" w:csb0="0000019F" w:csb1="00000000"/>
    <w:embedRegular r:id="rId15" w:fontKey="{2733BD6D-802A-4FCF-90A0-5F347C37147D}"/>
    <w:embedBold r:id="rId16" w:fontKey="{DAB05E01-E475-470E-8B98-856EAFD4CA87}"/>
  </w:font>
  <w:font w:name="Courier">
    <w:panose1 w:val="020704090202050204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6624342"/>
      <w:docPartObj>
        <w:docPartGallery w:val="Page Numbers (Bottom of Page)"/>
        <w:docPartUnique/>
      </w:docPartObj>
    </w:sdtPr>
    <w:sdtEndPr>
      <w:rPr>
        <w:noProof/>
      </w:rPr>
    </w:sdtEndPr>
    <w:sdtContent>
      <w:p w14:paraId="6A228BD0" w14:textId="60DE2FEC" w:rsidR="00E459CD" w:rsidRDefault="00E459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04E1C4" w14:textId="416D7F5F" w:rsidR="0069068D" w:rsidRPr="00E459CD" w:rsidRDefault="0069068D" w:rsidP="00E459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6CA21" w14:textId="77777777" w:rsidR="004C0447" w:rsidRPr="00E459CD" w:rsidRDefault="004C0447" w:rsidP="003F037B">
      <w:pPr>
        <w:spacing w:after="0" w:line="240" w:lineRule="auto"/>
      </w:pPr>
      <w:r w:rsidRPr="00E459CD">
        <w:separator/>
      </w:r>
    </w:p>
  </w:footnote>
  <w:footnote w:type="continuationSeparator" w:id="0">
    <w:p w14:paraId="282B5B58" w14:textId="77777777" w:rsidR="004C0447" w:rsidRPr="00E459CD" w:rsidRDefault="004C0447" w:rsidP="003F037B">
      <w:pPr>
        <w:spacing w:after="0" w:line="240" w:lineRule="auto"/>
      </w:pPr>
      <w:r w:rsidRPr="00E459C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6F7747"/>
    <w:multiLevelType w:val="multilevel"/>
    <w:tmpl w:val="83D6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CB7549"/>
    <w:multiLevelType w:val="hybridMultilevel"/>
    <w:tmpl w:val="D7624D8E"/>
    <w:lvl w:ilvl="0" w:tplc="D6C04654">
      <w:numFmt w:val="bullet"/>
      <w:pStyle w:val="ListParagraph"/>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1659629">
    <w:abstractNumId w:val="13"/>
  </w:num>
  <w:num w:numId="2" w16cid:durableId="1014766271">
    <w:abstractNumId w:val="10"/>
  </w:num>
  <w:num w:numId="3" w16cid:durableId="1005478783">
    <w:abstractNumId w:val="15"/>
  </w:num>
  <w:num w:numId="4" w16cid:durableId="543910865">
    <w:abstractNumId w:val="18"/>
  </w:num>
  <w:num w:numId="5" w16cid:durableId="1491094833">
    <w:abstractNumId w:val="9"/>
  </w:num>
  <w:num w:numId="6" w16cid:durableId="949312135">
    <w:abstractNumId w:val="21"/>
  </w:num>
  <w:num w:numId="7" w16cid:durableId="1498421165">
    <w:abstractNumId w:val="23"/>
  </w:num>
  <w:num w:numId="8" w16cid:durableId="7106668">
    <w:abstractNumId w:val="17"/>
  </w:num>
  <w:num w:numId="9" w16cid:durableId="916674583">
    <w:abstractNumId w:val="12"/>
  </w:num>
  <w:num w:numId="10" w16cid:durableId="1813013943">
    <w:abstractNumId w:val="14"/>
  </w:num>
  <w:num w:numId="11" w16cid:durableId="1284121210">
    <w:abstractNumId w:val="22"/>
  </w:num>
  <w:num w:numId="12" w16cid:durableId="164520335">
    <w:abstractNumId w:val="24"/>
  </w:num>
  <w:num w:numId="13" w16cid:durableId="1950744665">
    <w:abstractNumId w:val="11"/>
  </w:num>
  <w:num w:numId="14" w16cid:durableId="1263344578">
    <w:abstractNumId w:val="22"/>
  </w:num>
  <w:num w:numId="15" w16cid:durableId="34474405">
    <w:abstractNumId w:val="19"/>
  </w:num>
  <w:num w:numId="16" w16cid:durableId="607280691">
    <w:abstractNumId w:val="20"/>
  </w:num>
  <w:num w:numId="17" w16cid:durableId="499734165">
    <w:abstractNumId w:val="16"/>
  </w:num>
  <w:num w:numId="18" w16cid:durableId="1471168657">
    <w:abstractNumId w:val="8"/>
  </w:num>
  <w:num w:numId="19" w16cid:durableId="240406839">
    <w:abstractNumId w:val="6"/>
  </w:num>
  <w:num w:numId="20" w16cid:durableId="973830047">
    <w:abstractNumId w:val="5"/>
  </w:num>
  <w:num w:numId="21" w16cid:durableId="218127740">
    <w:abstractNumId w:val="4"/>
  </w:num>
  <w:num w:numId="22" w16cid:durableId="1087117417">
    <w:abstractNumId w:val="7"/>
  </w:num>
  <w:num w:numId="23" w16cid:durableId="516694563">
    <w:abstractNumId w:val="3"/>
  </w:num>
  <w:num w:numId="24" w16cid:durableId="1241405757">
    <w:abstractNumId w:val="2"/>
  </w:num>
  <w:num w:numId="25" w16cid:durableId="2075882965">
    <w:abstractNumId w:val="1"/>
  </w:num>
  <w:num w:numId="26" w16cid:durableId="16975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094E27"/>
    <w:rsid w:val="001101C3"/>
    <w:rsid w:val="001727E7"/>
    <w:rsid w:val="00201C81"/>
    <w:rsid w:val="002358A6"/>
    <w:rsid w:val="002B14A0"/>
    <w:rsid w:val="00327211"/>
    <w:rsid w:val="003A4C80"/>
    <w:rsid w:val="003B6FA1"/>
    <w:rsid w:val="003B7015"/>
    <w:rsid w:val="003E5324"/>
    <w:rsid w:val="003F037B"/>
    <w:rsid w:val="003F34A1"/>
    <w:rsid w:val="00410309"/>
    <w:rsid w:val="00420482"/>
    <w:rsid w:val="00426F5A"/>
    <w:rsid w:val="0047176A"/>
    <w:rsid w:val="00477729"/>
    <w:rsid w:val="00484426"/>
    <w:rsid w:val="004907AF"/>
    <w:rsid w:val="004B525A"/>
    <w:rsid w:val="004C0447"/>
    <w:rsid w:val="004D0936"/>
    <w:rsid w:val="00516C2F"/>
    <w:rsid w:val="0052048C"/>
    <w:rsid w:val="00551851"/>
    <w:rsid w:val="005E3D09"/>
    <w:rsid w:val="00617AEF"/>
    <w:rsid w:val="006219B5"/>
    <w:rsid w:val="00645BFF"/>
    <w:rsid w:val="00673D92"/>
    <w:rsid w:val="00680120"/>
    <w:rsid w:val="00687118"/>
    <w:rsid w:val="0069068D"/>
    <w:rsid w:val="006916B2"/>
    <w:rsid w:val="006E1BFF"/>
    <w:rsid w:val="007A6C12"/>
    <w:rsid w:val="007C05AA"/>
    <w:rsid w:val="00803C6B"/>
    <w:rsid w:val="008122CA"/>
    <w:rsid w:val="00843CBB"/>
    <w:rsid w:val="00863EA2"/>
    <w:rsid w:val="008904A1"/>
    <w:rsid w:val="008E2488"/>
    <w:rsid w:val="009B00B4"/>
    <w:rsid w:val="009D217C"/>
    <w:rsid w:val="009E5C16"/>
    <w:rsid w:val="00A13860"/>
    <w:rsid w:val="00A1529B"/>
    <w:rsid w:val="00A34CBC"/>
    <w:rsid w:val="00A94B1C"/>
    <w:rsid w:val="00AA0FA3"/>
    <w:rsid w:val="00AF0C16"/>
    <w:rsid w:val="00B9218C"/>
    <w:rsid w:val="00B94963"/>
    <w:rsid w:val="00C033CE"/>
    <w:rsid w:val="00C223F4"/>
    <w:rsid w:val="00C47B58"/>
    <w:rsid w:val="00C65150"/>
    <w:rsid w:val="00CE3FBB"/>
    <w:rsid w:val="00CE7ECC"/>
    <w:rsid w:val="00D610F5"/>
    <w:rsid w:val="00DB355C"/>
    <w:rsid w:val="00DF754F"/>
    <w:rsid w:val="00E459CD"/>
    <w:rsid w:val="00E47762"/>
    <w:rsid w:val="00E5370C"/>
    <w:rsid w:val="00E55566"/>
    <w:rsid w:val="00EF29B6"/>
    <w:rsid w:val="00EF4CE9"/>
    <w:rsid w:val="00F64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3A4C80"/>
    <w:pPr>
      <w:keepNext/>
      <w:keepLines/>
      <w:spacing w:after="240" w:line="240" w:lineRule="auto"/>
      <w:outlineLvl w:val="0"/>
    </w:pPr>
    <w:rPr>
      <w:rFonts w:ascii="Bree Serif" w:eastAsiaTheme="majorEastAsia" w:hAnsi="Bree Serif" w:cstheme="majorBidi"/>
      <w:color w:val="007777" w:themeColor="accent1"/>
      <w:sz w:val="24"/>
      <w:szCs w:val="24"/>
      <w:lang w:val="en-US" w:bidi="en-US"/>
    </w:rPr>
  </w:style>
  <w:style w:type="paragraph" w:styleId="Heading2">
    <w:name w:val="heading 2"/>
    <w:basedOn w:val="Normal"/>
    <w:next w:val="Normal"/>
    <w:link w:val="Heading2Char"/>
    <w:autoRedefine/>
    <w:uiPriority w:val="9"/>
    <w:unhideWhenUsed/>
    <w:qFormat/>
    <w:rsid w:val="003A4C80"/>
    <w:pPr>
      <w:keepNext/>
      <w:keepLines/>
      <w:spacing w:after="120"/>
      <w:outlineLvl w:val="1"/>
    </w:pPr>
    <w:rPr>
      <w:rFonts w:ascii="Aptos" w:eastAsiaTheme="majorEastAsia" w:hAnsi="Aptos" w:cstheme="majorBidi"/>
      <w:b/>
      <w:bCs/>
      <w:color w:val="93430C" w:themeColor="accent2" w:themeShade="BF"/>
      <w:sz w:val="24"/>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paragraph" w:styleId="Heading5">
    <w:name w:val="heading 5"/>
    <w:basedOn w:val="Normal"/>
    <w:next w:val="Normal"/>
    <w:link w:val="Heading5Char"/>
    <w:uiPriority w:val="9"/>
    <w:semiHidden/>
    <w:unhideWhenUsed/>
    <w:qFormat/>
    <w:rsid w:val="0069068D"/>
    <w:pPr>
      <w:keepNext/>
      <w:keepLines/>
      <w:spacing w:before="200" w:after="0" w:line="276" w:lineRule="auto"/>
      <w:outlineLvl w:val="4"/>
    </w:pPr>
    <w:rPr>
      <w:rFonts w:asciiTheme="majorHAnsi" w:eastAsiaTheme="majorEastAsia" w:hAnsiTheme="majorHAnsi" w:cstheme="majorBidi"/>
      <w:color w:val="003B3B" w:themeColor="accent1" w:themeShade="7F"/>
      <w:sz w:val="20"/>
      <w:lang w:val="en-US"/>
    </w:rPr>
  </w:style>
  <w:style w:type="paragraph" w:styleId="Heading6">
    <w:name w:val="heading 6"/>
    <w:basedOn w:val="Normal"/>
    <w:next w:val="Normal"/>
    <w:link w:val="Heading6Char"/>
    <w:uiPriority w:val="9"/>
    <w:semiHidden/>
    <w:unhideWhenUsed/>
    <w:qFormat/>
    <w:rsid w:val="0069068D"/>
    <w:pPr>
      <w:keepNext/>
      <w:keepLines/>
      <w:spacing w:before="200" w:after="0" w:line="276" w:lineRule="auto"/>
      <w:outlineLvl w:val="5"/>
    </w:pPr>
    <w:rPr>
      <w:rFonts w:asciiTheme="majorHAnsi" w:eastAsiaTheme="majorEastAsia" w:hAnsiTheme="majorHAnsi" w:cstheme="majorBidi"/>
      <w:i/>
      <w:iCs/>
      <w:color w:val="003B3B" w:themeColor="accent1" w:themeShade="7F"/>
      <w:sz w:val="20"/>
      <w:lang w:val="en-US"/>
    </w:rPr>
  </w:style>
  <w:style w:type="paragraph" w:styleId="Heading7">
    <w:name w:val="heading 7"/>
    <w:basedOn w:val="Normal"/>
    <w:next w:val="Normal"/>
    <w:link w:val="Heading7Char"/>
    <w:uiPriority w:val="9"/>
    <w:semiHidden/>
    <w:unhideWhenUsed/>
    <w:qFormat/>
    <w:rsid w:val="0069068D"/>
    <w:pPr>
      <w:keepNext/>
      <w:keepLines/>
      <w:spacing w:before="200" w:after="0" w:line="276" w:lineRule="auto"/>
      <w:outlineLvl w:val="6"/>
    </w:pPr>
    <w:rPr>
      <w:rFonts w:asciiTheme="majorHAnsi" w:eastAsiaTheme="majorEastAsia" w:hAnsiTheme="majorHAnsi" w:cstheme="majorBidi"/>
      <w:i/>
      <w:iCs/>
      <w:color w:val="404040" w:themeColor="text1" w:themeTint="BF"/>
      <w:sz w:val="20"/>
      <w:lang w:val="en-US"/>
    </w:rPr>
  </w:style>
  <w:style w:type="paragraph" w:styleId="Heading8">
    <w:name w:val="heading 8"/>
    <w:basedOn w:val="Normal"/>
    <w:next w:val="Normal"/>
    <w:link w:val="Heading8Char"/>
    <w:uiPriority w:val="9"/>
    <w:semiHidden/>
    <w:unhideWhenUsed/>
    <w:qFormat/>
    <w:rsid w:val="0069068D"/>
    <w:pPr>
      <w:keepNext/>
      <w:keepLines/>
      <w:spacing w:before="200" w:after="0" w:line="276" w:lineRule="auto"/>
      <w:outlineLvl w:val="7"/>
    </w:pPr>
    <w:rPr>
      <w:rFonts w:asciiTheme="majorHAnsi" w:eastAsiaTheme="majorEastAsia" w:hAnsiTheme="majorHAnsi" w:cstheme="majorBidi"/>
      <w:color w:val="007777" w:themeColor="accent1"/>
      <w:sz w:val="20"/>
      <w:szCs w:val="20"/>
      <w:lang w:val="en-US"/>
    </w:rPr>
  </w:style>
  <w:style w:type="paragraph" w:styleId="Heading9">
    <w:name w:val="heading 9"/>
    <w:basedOn w:val="Normal"/>
    <w:next w:val="Normal"/>
    <w:link w:val="Heading9Char"/>
    <w:uiPriority w:val="9"/>
    <w:semiHidden/>
    <w:unhideWhenUsed/>
    <w:qFormat/>
    <w:rsid w:val="0069068D"/>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A4C80"/>
    <w:rPr>
      <w:rFonts w:ascii="Bree Serif" w:eastAsiaTheme="majorEastAsia" w:hAnsi="Bree Serif" w:cstheme="majorBidi"/>
      <w:color w:val="007777" w:themeColor="accent1"/>
      <w:sz w:val="24"/>
      <w:szCs w:val="24"/>
      <w:lang w:val="en-US" w:bidi="en-US"/>
    </w:rPr>
  </w:style>
  <w:style w:type="character" w:customStyle="1" w:styleId="Heading2Char">
    <w:name w:val="Heading 2 Char"/>
    <w:basedOn w:val="DefaultParagraphFont"/>
    <w:link w:val="Heading2"/>
    <w:uiPriority w:val="9"/>
    <w:rsid w:val="003A4C80"/>
    <w:rPr>
      <w:rFonts w:ascii="Aptos" w:eastAsiaTheme="majorEastAsia" w:hAnsi="Aptos" w:cstheme="majorBidi"/>
      <w:b/>
      <w:bCs/>
      <w:color w:val="93430C" w:themeColor="accent2" w:themeShade="BF"/>
      <w:sz w:val="24"/>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484426"/>
    <w:pPr>
      <w:numPr>
        <w:numId w:val="16"/>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C033CE"/>
    <w:rPr>
      <w:sz w:val="16"/>
      <w:szCs w:val="16"/>
    </w:rPr>
  </w:style>
  <w:style w:type="paragraph" w:styleId="CommentText">
    <w:name w:val="annotation text"/>
    <w:basedOn w:val="Normal"/>
    <w:link w:val="CommentTextChar"/>
    <w:uiPriority w:val="99"/>
    <w:unhideWhenUsed/>
    <w:rsid w:val="00C033CE"/>
    <w:pPr>
      <w:spacing w:line="240" w:lineRule="auto"/>
    </w:pPr>
    <w:rPr>
      <w:sz w:val="20"/>
      <w:szCs w:val="20"/>
    </w:rPr>
  </w:style>
  <w:style w:type="character" w:customStyle="1" w:styleId="CommentTextChar">
    <w:name w:val="Comment Text Char"/>
    <w:basedOn w:val="DefaultParagraphFont"/>
    <w:link w:val="CommentText"/>
    <w:uiPriority w:val="99"/>
    <w:rsid w:val="00C033C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33CE"/>
    <w:rPr>
      <w:b/>
      <w:bCs/>
    </w:rPr>
  </w:style>
  <w:style w:type="character" w:customStyle="1" w:styleId="CommentSubjectChar">
    <w:name w:val="Comment Subject Char"/>
    <w:basedOn w:val="CommentTextChar"/>
    <w:link w:val="CommentSubject"/>
    <w:uiPriority w:val="99"/>
    <w:semiHidden/>
    <w:rsid w:val="00C033CE"/>
    <w:rPr>
      <w:rFonts w:ascii="Arial" w:hAnsi="Arial"/>
      <w:b/>
      <w:bCs/>
      <w:sz w:val="20"/>
      <w:szCs w:val="20"/>
    </w:rPr>
  </w:style>
  <w:style w:type="character" w:customStyle="1" w:styleId="Heading5Char">
    <w:name w:val="Heading 5 Char"/>
    <w:basedOn w:val="DefaultParagraphFont"/>
    <w:link w:val="Heading5"/>
    <w:uiPriority w:val="9"/>
    <w:semiHidden/>
    <w:rsid w:val="0069068D"/>
    <w:rPr>
      <w:rFonts w:asciiTheme="majorHAnsi" w:eastAsiaTheme="majorEastAsia" w:hAnsiTheme="majorHAnsi" w:cstheme="majorBidi"/>
      <w:color w:val="003B3B" w:themeColor="accent1" w:themeShade="7F"/>
      <w:sz w:val="20"/>
      <w:lang w:val="en-US"/>
    </w:rPr>
  </w:style>
  <w:style w:type="character" w:customStyle="1" w:styleId="Heading6Char">
    <w:name w:val="Heading 6 Char"/>
    <w:basedOn w:val="DefaultParagraphFont"/>
    <w:link w:val="Heading6"/>
    <w:uiPriority w:val="9"/>
    <w:semiHidden/>
    <w:rsid w:val="0069068D"/>
    <w:rPr>
      <w:rFonts w:asciiTheme="majorHAnsi" w:eastAsiaTheme="majorEastAsia" w:hAnsiTheme="majorHAnsi" w:cstheme="majorBidi"/>
      <w:i/>
      <w:iCs/>
      <w:color w:val="003B3B" w:themeColor="accent1" w:themeShade="7F"/>
      <w:sz w:val="20"/>
      <w:lang w:val="en-US"/>
    </w:rPr>
  </w:style>
  <w:style w:type="character" w:customStyle="1" w:styleId="Heading7Char">
    <w:name w:val="Heading 7 Char"/>
    <w:basedOn w:val="DefaultParagraphFont"/>
    <w:link w:val="Heading7"/>
    <w:uiPriority w:val="9"/>
    <w:semiHidden/>
    <w:rsid w:val="0069068D"/>
    <w:rPr>
      <w:rFonts w:asciiTheme="majorHAnsi" w:eastAsiaTheme="majorEastAsia" w:hAnsiTheme="majorHAnsi" w:cstheme="majorBidi"/>
      <w:i/>
      <w:iCs/>
      <w:color w:val="404040" w:themeColor="text1" w:themeTint="BF"/>
      <w:sz w:val="20"/>
      <w:lang w:val="en-US"/>
    </w:rPr>
  </w:style>
  <w:style w:type="character" w:customStyle="1" w:styleId="Heading8Char">
    <w:name w:val="Heading 8 Char"/>
    <w:basedOn w:val="DefaultParagraphFont"/>
    <w:link w:val="Heading8"/>
    <w:uiPriority w:val="9"/>
    <w:semiHidden/>
    <w:rsid w:val="0069068D"/>
    <w:rPr>
      <w:rFonts w:asciiTheme="majorHAnsi" w:eastAsiaTheme="majorEastAsia" w:hAnsiTheme="majorHAnsi" w:cstheme="majorBidi"/>
      <w:color w:val="007777" w:themeColor="accent1"/>
      <w:sz w:val="20"/>
      <w:szCs w:val="20"/>
      <w:lang w:val="en-US"/>
    </w:rPr>
  </w:style>
  <w:style w:type="character" w:customStyle="1" w:styleId="Heading9Char">
    <w:name w:val="Heading 9 Char"/>
    <w:basedOn w:val="DefaultParagraphFont"/>
    <w:link w:val="Heading9"/>
    <w:uiPriority w:val="9"/>
    <w:semiHidden/>
    <w:rsid w:val="0069068D"/>
    <w:rPr>
      <w:rFonts w:asciiTheme="majorHAnsi" w:eastAsiaTheme="majorEastAsia" w:hAnsiTheme="majorHAnsi" w:cstheme="majorBidi"/>
      <w:i/>
      <w:iCs/>
      <w:color w:val="404040" w:themeColor="text1" w:themeTint="BF"/>
      <w:sz w:val="20"/>
      <w:szCs w:val="20"/>
      <w:lang w:val="en-US"/>
    </w:rPr>
  </w:style>
  <w:style w:type="paragraph" w:styleId="NoSpacing">
    <w:name w:val="No Spacing"/>
    <w:uiPriority w:val="1"/>
    <w:qFormat/>
    <w:rsid w:val="0069068D"/>
    <w:pPr>
      <w:spacing w:after="0" w:line="240" w:lineRule="auto"/>
    </w:pPr>
    <w:rPr>
      <w:rFonts w:eastAsiaTheme="minorEastAsia"/>
      <w:lang w:val="en-US"/>
    </w:rPr>
  </w:style>
  <w:style w:type="paragraph" w:styleId="Title">
    <w:name w:val="Title"/>
    <w:basedOn w:val="Normal"/>
    <w:next w:val="Normal"/>
    <w:link w:val="TitleChar"/>
    <w:uiPriority w:val="10"/>
    <w:qFormat/>
    <w:rsid w:val="0069068D"/>
    <w:pPr>
      <w:pBdr>
        <w:bottom w:val="single" w:sz="8" w:space="4" w:color="007777" w:themeColor="accent1"/>
      </w:pBdr>
      <w:spacing w:after="300" w:line="240" w:lineRule="auto"/>
      <w:contextualSpacing/>
    </w:pPr>
    <w:rPr>
      <w:rFonts w:asciiTheme="majorHAnsi" w:eastAsiaTheme="majorEastAsia" w:hAnsiTheme="majorHAnsi" w:cstheme="majorBidi"/>
      <w:b/>
      <w:color w:val="007C7A"/>
      <w:spacing w:val="5"/>
      <w:kern w:val="28"/>
      <w:sz w:val="44"/>
      <w:szCs w:val="52"/>
      <w:lang w:val="en-US"/>
    </w:rPr>
  </w:style>
  <w:style w:type="character" w:customStyle="1" w:styleId="TitleChar">
    <w:name w:val="Title Char"/>
    <w:basedOn w:val="DefaultParagraphFont"/>
    <w:link w:val="Title"/>
    <w:uiPriority w:val="10"/>
    <w:rsid w:val="0069068D"/>
    <w:rPr>
      <w:rFonts w:asciiTheme="majorHAnsi" w:eastAsiaTheme="majorEastAsia" w:hAnsiTheme="majorHAnsi" w:cstheme="majorBidi"/>
      <w:b/>
      <w:color w:val="007C7A"/>
      <w:spacing w:val="5"/>
      <w:kern w:val="28"/>
      <w:sz w:val="44"/>
      <w:szCs w:val="52"/>
      <w:lang w:val="en-US"/>
    </w:rPr>
  </w:style>
  <w:style w:type="paragraph" w:styleId="Subtitle">
    <w:name w:val="Subtitle"/>
    <w:basedOn w:val="Normal"/>
    <w:next w:val="Normal"/>
    <w:link w:val="SubtitleChar"/>
    <w:uiPriority w:val="11"/>
    <w:qFormat/>
    <w:rsid w:val="0069068D"/>
    <w:pPr>
      <w:numPr>
        <w:ilvl w:val="1"/>
      </w:numPr>
      <w:spacing w:after="200" w:line="276" w:lineRule="auto"/>
    </w:pPr>
    <w:rPr>
      <w:rFonts w:asciiTheme="majorHAnsi" w:eastAsiaTheme="majorEastAsia" w:hAnsiTheme="majorHAnsi" w:cstheme="majorBidi"/>
      <w:i/>
      <w:iCs/>
      <w:color w:val="007777" w:themeColor="accent1"/>
      <w:spacing w:val="15"/>
      <w:sz w:val="24"/>
      <w:szCs w:val="24"/>
      <w:lang w:val="en-US"/>
    </w:rPr>
  </w:style>
  <w:style w:type="character" w:customStyle="1" w:styleId="SubtitleChar">
    <w:name w:val="Subtitle Char"/>
    <w:basedOn w:val="DefaultParagraphFont"/>
    <w:link w:val="Subtitle"/>
    <w:uiPriority w:val="11"/>
    <w:rsid w:val="0069068D"/>
    <w:rPr>
      <w:rFonts w:asciiTheme="majorHAnsi" w:eastAsiaTheme="majorEastAsia" w:hAnsiTheme="majorHAnsi" w:cstheme="majorBidi"/>
      <w:i/>
      <w:iCs/>
      <w:color w:val="007777" w:themeColor="accent1"/>
      <w:spacing w:val="15"/>
      <w:sz w:val="24"/>
      <w:szCs w:val="24"/>
      <w:lang w:val="en-US"/>
    </w:rPr>
  </w:style>
  <w:style w:type="paragraph" w:styleId="BodyText">
    <w:name w:val="Body Text"/>
    <w:basedOn w:val="Normal"/>
    <w:link w:val="BodyTextChar"/>
    <w:uiPriority w:val="99"/>
    <w:unhideWhenUsed/>
    <w:rsid w:val="0069068D"/>
    <w:pPr>
      <w:spacing w:after="120" w:line="276" w:lineRule="auto"/>
    </w:pPr>
    <w:rPr>
      <w:rFonts w:eastAsia="Arial"/>
      <w:sz w:val="20"/>
      <w:lang w:val="en-US"/>
    </w:rPr>
  </w:style>
  <w:style w:type="character" w:customStyle="1" w:styleId="BodyTextChar">
    <w:name w:val="Body Text Char"/>
    <w:basedOn w:val="DefaultParagraphFont"/>
    <w:link w:val="BodyText"/>
    <w:uiPriority w:val="99"/>
    <w:rsid w:val="0069068D"/>
    <w:rPr>
      <w:rFonts w:ascii="Arial" w:eastAsia="Arial" w:hAnsi="Arial"/>
      <w:sz w:val="20"/>
      <w:lang w:val="en-US"/>
    </w:rPr>
  </w:style>
  <w:style w:type="paragraph" w:styleId="BodyText2">
    <w:name w:val="Body Text 2"/>
    <w:basedOn w:val="Normal"/>
    <w:link w:val="BodyText2Char"/>
    <w:uiPriority w:val="99"/>
    <w:unhideWhenUsed/>
    <w:rsid w:val="0069068D"/>
    <w:pPr>
      <w:spacing w:after="120" w:line="480" w:lineRule="auto"/>
    </w:pPr>
    <w:rPr>
      <w:rFonts w:eastAsia="Arial"/>
      <w:sz w:val="20"/>
      <w:lang w:val="en-US"/>
    </w:rPr>
  </w:style>
  <w:style w:type="character" w:customStyle="1" w:styleId="BodyText2Char">
    <w:name w:val="Body Text 2 Char"/>
    <w:basedOn w:val="DefaultParagraphFont"/>
    <w:link w:val="BodyText2"/>
    <w:uiPriority w:val="99"/>
    <w:rsid w:val="0069068D"/>
    <w:rPr>
      <w:rFonts w:ascii="Arial" w:eastAsia="Arial" w:hAnsi="Arial"/>
      <w:sz w:val="20"/>
      <w:lang w:val="en-US"/>
    </w:rPr>
  </w:style>
  <w:style w:type="paragraph" w:styleId="BodyText3">
    <w:name w:val="Body Text 3"/>
    <w:basedOn w:val="Normal"/>
    <w:link w:val="BodyText3Char"/>
    <w:uiPriority w:val="99"/>
    <w:unhideWhenUsed/>
    <w:rsid w:val="0069068D"/>
    <w:pPr>
      <w:spacing w:after="120" w:line="276" w:lineRule="auto"/>
    </w:pPr>
    <w:rPr>
      <w:rFonts w:eastAsia="Arial"/>
      <w:sz w:val="16"/>
      <w:szCs w:val="16"/>
      <w:lang w:val="en-US"/>
    </w:rPr>
  </w:style>
  <w:style w:type="character" w:customStyle="1" w:styleId="BodyText3Char">
    <w:name w:val="Body Text 3 Char"/>
    <w:basedOn w:val="DefaultParagraphFont"/>
    <w:link w:val="BodyText3"/>
    <w:uiPriority w:val="99"/>
    <w:rsid w:val="0069068D"/>
    <w:rPr>
      <w:rFonts w:ascii="Arial" w:eastAsia="Arial" w:hAnsi="Arial"/>
      <w:sz w:val="16"/>
      <w:szCs w:val="16"/>
      <w:lang w:val="en-US"/>
    </w:rPr>
  </w:style>
  <w:style w:type="paragraph" w:styleId="List">
    <w:name w:val="List"/>
    <w:basedOn w:val="Normal"/>
    <w:uiPriority w:val="99"/>
    <w:unhideWhenUsed/>
    <w:rsid w:val="0069068D"/>
    <w:pPr>
      <w:spacing w:after="200" w:line="276" w:lineRule="auto"/>
      <w:ind w:left="360" w:hanging="360"/>
      <w:contextualSpacing/>
    </w:pPr>
    <w:rPr>
      <w:rFonts w:eastAsia="Arial"/>
      <w:sz w:val="20"/>
      <w:lang w:val="en-US"/>
    </w:rPr>
  </w:style>
  <w:style w:type="paragraph" w:styleId="List2">
    <w:name w:val="List 2"/>
    <w:basedOn w:val="Normal"/>
    <w:uiPriority w:val="99"/>
    <w:unhideWhenUsed/>
    <w:rsid w:val="0069068D"/>
    <w:pPr>
      <w:spacing w:after="200" w:line="276" w:lineRule="auto"/>
      <w:ind w:left="720" w:hanging="360"/>
      <w:contextualSpacing/>
    </w:pPr>
    <w:rPr>
      <w:rFonts w:eastAsia="Arial"/>
      <w:sz w:val="20"/>
      <w:lang w:val="en-US"/>
    </w:rPr>
  </w:style>
  <w:style w:type="paragraph" w:styleId="List3">
    <w:name w:val="List 3"/>
    <w:basedOn w:val="Normal"/>
    <w:uiPriority w:val="99"/>
    <w:unhideWhenUsed/>
    <w:rsid w:val="0069068D"/>
    <w:pPr>
      <w:spacing w:after="200" w:line="276" w:lineRule="auto"/>
      <w:ind w:left="1080" w:hanging="360"/>
      <w:contextualSpacing/>
    </w:pPr>
    <w:rPr>
      <w:rFonts w:eastAsia="Arial"/>
      <w:sz w:val="20"/>
      <w:lang w:val="en-US"/>
    </w:rPr>
  </w:style>
  <w:style w:type="paragraph" w:styleId="ListBullet">
    <w:name w:val="List Bullet"/>
    <w:basedOn w:val="Normal"/>
    <w:uiPriority w:val="99"/>
    <w:unhideWhenUsed/>
    <w:rsid w:val="0069068D"/>
    <w:pPr>
      <w:numPr>
        <w:numId w:val="18"/>
      </w:numPr>
      <w:tabs>
        <w:tab w:val="clear" w:pos="360"/>
      </w:tabs>
      <w:spacing w:after="200" w:line="276" w:lineRule="auto"/>
      <w:ind w:left="0" w:firstLine="0"/>
      <w:contextualSpacing/>
    </w:pPr>
    <w:rPr>
      <w:rFonts w:eastAsia="Arial"/>
      <w:sz w:val="20"/>
      <w:lang w:val="en-US"/>
    </w:rPr>
  </w:style>
  <w:style w:type="paragraph" w:styleId="ListBullet2">
    <w:name w:val="List Bullet 2"/>
    <w:basedOn w:val="Normal"/>
    <w:uiPriority w:val="99"/>
    <w:unhideWhenUsed/>
    <w:rsid w:val="0069068D"/>
    <w:pPr>
      <w:numPr>
        <w:numId w:val="19"/>
      </w:numPr>
      <w:tabs>
        <w:tab w:val="clear" w:pos="720"/>
      </w:tabs>
      <w:spacing w:after="200" w:line="276" w:lineRule="auto"/>
      <w:ind w:left="0" w:firstLine="0"/>
      <w:contextualSpacing/>
    </w:pPr>
    <w:rPr>
      <w:rFonts w:eastAsia="Arial"/>
      <w:sz w:val="20"/>
      <w:lang w:val="en-US"/>
    </w:rPr>
  </w:style>
  <w:style w:type="paragraph" w:styleId="ListBullet3">
    <w:name w:val="List Bullet 3"/>
    <w:basedOn w:val="Normal"/>
    <w:uiPriority w:val="99"/>
    <w:unhideWhenUsed/>
    <w:rsid w:val="0069068D"/>
    <w:pPr>
      <w:numPr>
        <w:numId w:val="20"/>
      </w:numPr>
      <w:tabs>
        <w:tab w:val="clear" w:pos="1080"/>
      </w:tabs>
      <w:spacing w:after="200" w:line="276" w:lineRule="auto"/>
      <w:ind w:left="0" w:firstLine="0"/>
      <w:contextualSpacing/>
    </w:pPr>
    <w:rPr>
      <w:rFonts w:eastAsia="Arial"/>
      <w:sz w:val="20"/>
      <w:lang w:val="en-US"/>
    </w:rPr>
  </w:style>
  <w:style w:type="paragraph" w:styleId="ListNumber">
    <w:name w:val="List Number"/>
    <w:basedOn w:val="Normal"/>
    <w:uiPriority w:val="99"/>
    <w:unhideWhenUsed/>
    <w:rsid w:val="0069068D"/>
    <w:pPr>
      <w:numPr>
        <w:numId w:val="22"/>
      </w:numPr>
      <w:tabs>
        <w:tab w:val="clear" w:pos="360"/>
      </w:tabs>
      <w:spacing w:after="200" w:line="276" w:lineRule="auto"/>
      <w:ind w:left="0" w:firstLine="0"/>
      <w:contextualSpacing/>
    </w:pPr>
    <w:rPr>
      <w:rFonts w:eastAsia="Arial"/>
      <w:sz w:val="20"/>
      <w:lang w:val="en-US"/>
    </w:rPr>
  </w:style>
  <w:style w:type="paragraph" w:styleId="ListNumber2">
    <w:name w:val="List Number 2"/>
    <w:basedOn w:val="Normal"/>
    <w:uiPriority w:val="99"/>
    <w:unhideWhenUsed/>
    <w:rsid w:val="0069068D"/>
    <w:pPr>
      <w:numPr>
        <w:numId w:val="23"/>
      </w:numPr>
      <w:tabs>
        <w:tab w:val="clear" w:pos="720"/>
      </w:tabs>
      <w:spacing w:after="200" w:line="276" w:lineRule="auto"/>
      <w:ind w:left="0" w:firstLine="0"/>
      <w:contextualSpacing/>
    </w:pPr>
    <w:rPr>
      <w:rFonts w:eastAsia="Arial"/>
      <w:sz w:val="20"/>
      <w:lang w:val="en-US"/>
    </w:rPr>
  </w:style>
  <w:style w:type="paragraph" w:styleId="ListNumber3">
    <w:name w:val="List Number 3"/>
    <w:basedOn w:val="Normal"/>
    <w:uiPriority w:val="99"/>
    <w:unhideWhenUsed/>
    <w:rsid w:val="0069068D"/>
    <w:pPr>
      <w:numPr>
        <w:numId w:val="24"/>
      </w:numPr>
      <w:tabs>
        <w:tab w:val="clear" w:pos="1080"/>
      </w:tabs>
      <w:spacing w:after="200" w:line="276" w:lineRule="auto"/>
      <w:ind w:left="0" w:firstLine="0"/>
      <w:contextualSpacing/>
    </w:pPr>
    <w:rPr>
      <w:rFonts w:eastAsia="Arial"/>
      <w:sz w:val="20"/>
      <w:lang w:val="en-US"/>
    </w:rPr>
  </w:style>
  <w:style w:type="paragraph" w:styleId="ListContinue">
    <w:name w:val="List Continue"/>
    <w:basedOn w:val="Normal"/>
    <w:uiPriority w:val="99"/>
    <w:unhideWhenUsed/>
    <w:rsid w:val="0069068D"/>
    <w:pPr>
      <w:spacing w:after="120" w:line="276" w:lineRule="auto"/>
      <w:ind w:left="360"/>
      <w:contextualSpacing/>
    </w:pPr>
    <w:rPr>
      <w:rFonts w:eastAsia="Arial"/>
      <w:sz w:val="20"/>
      <w:lang w:val="en-US"/>
    </w:rPr>
  </w:style>
  <w:style w:type="paragraph" w:styleId="ListContinue2">
    <w:name w:val="List Continue 2"/>
    <w:basedOn w:val="Normal"/>
    <w:uiPriority w:val="99"/>
    <w:unhideWhenUsed/>
    <w:rsid w:val="0069068D"/>
    <w:pPr>
      <w:spacing w:after="120" w:line="276" w:lineRule="auto"/>
      <w:ind w:left="720"/>
      <w:contextualSpacing/>
    </w:pPr>
    <w:rPr>
      <w:rFonts w:eastAsia="Arial"/>
      <w:sz w:val="20"/>
      <w:lang w:val="en-US"/>
    </w:rPr>
  </w:style>
  <w:style w:type="paragraph" w:styleId="ListContinue3">
    <w:name w:val="List Continue 3"/>
    <w:basedOn w:val="Normal"/>
    <w:uiPriority w:val="99"/>
    <w:unhideWhenUsed/>
    <w:rsid w:val="0069068D"/>
    <w:pPr>
      <w:spacing w:after="120" w:line="276" w:lineRule="auto"/>
      <w:ind w:left="1080"/>
      <w:contextualSpacing/>
    </w:pPr>
    <w:rPr>
      <w:rFonts w:eastAsia="Arial"/>
      <w:sz w:val="20"/>
      <w:lang w:val="en-US"/>
    </w:rPr>
  </w:style>
  <w:style w:type="paragraph" w:styleId="MacroText">
    <w:name w:val="macro"/>
    <w:link w:val="MacroTextChar"/>
    <w:uiPriority w:val="99"/>
    <w:unhideWhenUsed/>
    <w:rsid w:val="0069068D"/>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en-US"/>
    </w:rPr>
  </w:style>
  <w:style w:type="character" w:customStyle="1" w:styleId="MacroTextChar">
    <w:name w:val="Macro Text Char"/>
    <w:basedOn w:val="DefaultParagraphFont"/>
    <w:link w:val="MacroText"/>
    <w:uiPriority w:val="99"/>
    <w:rsid w:val="0069068D"/>
    <w:rPr>
      <w:rFonts w:ascii="Courier" w:eastAsiaTheme="minorEastAsia" w:hAnsi="Courier"/>
      <w:sz w:val="20"/>
      <w:szCs w:val="20"/>
      <w:lang w:val="en-US"/>
    </w:rPr>
  </w:style>
  <w:style w:type="paragraph" w:styleId="Quote">
    <w:name w:val="Quote"/>
    <w:basedOn w:val="Normal"/>
    <w:next w:val="Normal"/>
    <w:link w:val="QuoteChar"/>
    <w:uiPriority w:val="29"/>
    <w:qFormat/>
    <w:rsid w:val="0069068D"/>
    <w:pPr>
      <w:spacing w:after="200" w:line="276" w:lineRule="auto"/>
    </w:pPr>
    <w:rPr>
      <w:rFonts w:eastAsia="Arial"/>
      <w:i/>
      <w:iCs/>
      <w:color w:val="000000" w:themeColor="text1"/>
      <w:sz w:val="20"/>
      <w:lang w:val="en-US"/>
    </w:rPr>
  </w:style>
  <w:style w:type="character" w:customStyle="1" w:styleId="QuoteChar">
    <w:name w:val="Quote Char"/>
    <w:basedOn w:val="DefaultParagraphFont"/>
    <w:link w:val="Quote"/>
    <w:uiPriority w:val="29"/>
    <w:rsid w:val="0069068D"/>
    <w:rPr>
      <w:rFonts w:ascii="Arial" w:eastAsia="Arial" w:hAnsi="Arial"/>
      <w:i/>
      <w:iCs/>
      <w:color w:val="000000" w:themeColor="text1"/>
      <w:sz w:val="20"/>
      <w:lang w:val="en-US"/>
    </w:rPr>
  </w:style>
  <w:style w:type="paragraph" w:styleId="Caption">
    <w:name w:val="caption"/>
    <w:basedOn w:val="Normal"/>
    <w:next w:val="Normal"/>
    <w:uiPriority w:val="35"/>
    <w:semiHidden/>
    <w:unhideWhenUsed/>
    <w:qFormat/>
    <w:rsid w:val="0069068D"/>
    <w:pPr>
      <w:spacing w:after="200" w:line="240" w:lineRule="auto"/>
    </w:pPr>
    <w:rPr>
      <w:rFonts w:eastAsia="Arial"/>
      <w:b/>
      <w:bCs/>
      <w:color w:val="007777" w:themeColor="accent1"/>
      <w:sz w:val="18"/>
      <w:szCs w:val="18"/>
      <w:lang w:val="en-US"/>
    </w:rPr>
  </w:style>
  <w:style w:type="character" w:styleId="Strong">
    <w:name w:val="Strong"/>
    <w:basedOn w:val="DefaultParagraphFont"/>
    <w:uiPriority w:val="22"/>
    <w:qFormat/>
    <w:rsid w:val="0069068D"/>
    <w:rPr>
      <w:b/>
      <w:bCs/>
    </w:rPr>
  </w:style>
  <w:style w:type="character" w:styleId="Emphasis">
    <w:name w:val="Emphasis"/>
    <w:basedOn w:val="DefaultParagraphFont"/>
    <w:uiPriority w:val="20"/>
    <w:qFormat/>
    <w:rsid w:val="0069068D"/>
    <w:rPr>
      <w:i/>
      <w:iCs/>
    </w:rPr>
  </w:style>
  <w:style w:type="paragraph" w:styleId="IntenseQuote">
    <w:name w:val="Intense Quote"/>
    <w:basedOn w:val="Normal"/>
    <w:next w:val="Normal"/>
    <w:link w:val="IntenseQuoteChar"/>
    <w:uiPriority w:val="30"/>
    <w:qFormat/>
    <w:rsid w:val="0069068D"/>
    <w:pPr>
      <w:pBdr>
        <w:bottom w:val="single" w:sz="4" w:space="4" w:color="007777" w:themeColor="accent1"/>
      </w:pBdr>
      <w:spacing w:before="200" w:after="280" w:line="276" w:lineRule="auto"/>
      <w:ind w:left="936" w:right="936"/>
    </w:pPr>
    <w:rPr>
      <w:rFonts w:eastAsia="Arial"/>
      <w:b/>
      <w:bCs/>
      <w:i/>
      <w:iCs/>
      <w:color w:val="007777" w:themeColor="accent1"/>
      <w:sz w:val="20"/>
      <w:lang w:val="en-US"/>
    </w:rPr>
  </w:style>
  <w:style w:type="character" w:customStyle="1" w:styleId="IntenseQuoteChar">
    <w:name w:val="Intense Quote Char"/>
    <w:basedOn w:val="DefaultParagraphFont"/>
    <w:link w:val="IntenseQuote"/>
    <w:uiPriority w:val="30"/>
    <w:rsid w:val="0069068D"/>
    <w:rPr>
      <w:rFonts w:ascii="Arial" w:eastAsia="Arial" w:hAnsi="Arial"/>
      <w:b/>
      <w:bCs/>
      <w:i/>
      <w:iCs/>
      <w:color w:val="007777" w:themeColor="accent1"/>
      <w:sz w:val="20"/>
      <w:lang w:val="en-US"/>
    </w:rPr>
  </w:style>
  <w:style w:type="character" w:styleId="SubtleEmphasis">
    <w:name w:val="Subtle Emphasis"/>
    <w:basedOn w:val="DefaultParagraphFont"/>
    <w:uiPriority w:val="19"/>
    <w:qFormat/>
    <w:rsid w:val="0069068D"/>
    <w:rPr>
      <w:i/>
      <w:iCs/>
      <w:color w:val="808080" w:themeColor="text1" w:themeTint="7F"/>
    </w:rPr>
  </w:style>
  <w:style w:type="character" w:styleId="IntenseEmphasis">
    <w:name w:val="Intense Emphasis"/>
    <w:basedOn w:val="DefaultParagraphFont"/>
    <w:uiPriority w:val="21"/>
    <w:qFormat/>
    <w:rsid w:val="0069068D"/>
    <w:rPr>
      <w:b/>
      <w:bCs/>
      <w:i/>
      <w:iCs/>
      <w:color w:val="007777" w:themeColor="accent1"/>
    </w:rPr>
  </w:style>
  <w:style w:type="character" w:styleId="SubtleReference">
    <w:name w:val="Subtle Reference"/>
    <w:basedOn w:val="DefaultParagraphFont"/>
    <w:uiPriority w:val="31"/>
    <w:qFormat/>
    <w:rsid w:val="0069068D"/>
    <w:rPr>
      <w:smallCaps/>
      <w:color w:val="C55A11" w:themeColor="accent2"/>
      <w:u w:val="single"/>
    </w:rPr>
  </w:style>
  <w:style w:type="character" w:styleId="IntenseReference">
    <w:name w:val="Intense Reference"/>
    <w:basedOn w:val="DefaultParagraphFont"/>
    <w:uiPriority w:val="32"/>
    <w:qFormat/>
    <w:rsid w:val="0069068D"/>
    <w:rPr>
      <w:b/>
      <w:bCs/>
      <w:smallCaps/>
      <w:color w:val="C55A11" w:themeColor="accent2"/>
      <w:spacing w:val="5"/>
      <w:u w:val="single"/>
    </w:rPr>
  </w:style>
  <w:style w:type="character" w:styleId="BookTitle">
    <w:name w:val="Book Title"/>
    <w:basedOn w:val="DefaultParagraphFont"/>
    <w:uiPriority w:val="33"/>
    <w:qFormat/>
    <w:rsid w:val="0069068D"/>
    <w:rPr>
      <w:b/>
      <w:bCs/>
      <w:smallCaps/>
      <w:spacing w:val="5"/>
    </w:rPr>
  </w:style>
  <w:style w:type="table" w:styleId="LightShading">
    <w:name w:val="Light Shading"/>
    <w:basedOn w:val="TableNormal"/>
    <w:uiPriority w:val="60"/>
    <w:rsid w:val="0069068D"/>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9068D"/>
    <w:pPr>
      <w:spacing w:after="0" w:line="240" w:lineRule="auto"/>
    </w:pPr>
    <w:rPr>
      <w:rFonts w:eastAsiaTheme="minorEastAsia"/>
      <w:color w:val="005959" w:themeColor="accent1" w:themeShade="BF"/>
      <w:lang w:val="en-US"/>
    </w:rPr>
    <w:tblPr>
      <w:tblStyleRowBandSize w:val="1"/>
      <w:tblStyleColBandSize w:val="1"/>
      <w:tblBorders>
        <w:top w:val="single" w:sz="8" w:space="0" w:color="007777" w:themeColor="accent1"/>
        <w:bottom w:val="single" w:sz="8" w:space="0" w:color="007777" w:themeColor="accent1"/>
      </w:tblBorders>
    </w:tblPr>
    <w:tblStylePr w:type="firstRow">
      <w:pPr>
        <w:spacing w:before="0" w:after="0" w:line="240" w:lineRule="auto"/>
      </w:pPr>
      <w:rPr>
        <w:b/>
        <w:bCs/>
      </w:rPr>
      <w:tblPr/>
      <w:tcPr>
        <w:tcBorders>
          <w:top w:val="single" w:sz="8" w:space="0" w:color="007777" w:themeColor="accent1"/>
          <w:left w:val="nil"/>
          <w:bottom w:val="single" w:sz="8" w:space="0" w:color="007777" w:themeColor="accent1"/>
          <w:right w:val="nil"/>
          <w:insideH w:val="nil"/>
          <w:insideV w:val="nil"/>
        </w:tcBorders>
      </w:tcPr>
    </w:tblStylePr>
    <w:tblStylePr w:type="lastRow">
      <w:pPr>
        <w:spacing w:before="0" w:after="0" w:line="240" w:lineRule="auto"/>
      </w:pPr>
      <w:rPr>
        <w:b/>
        <w:bCs/>
      </w:rPr>
      <w:tblPr/>
      <w:tcPr>
        <w:tcBorders>
          <w:top w:val="single" w:sz="8" w:space="0" w:color="007777" w:themeColor="accent1"/>
          <w:left w:val="nil"/>
          <w:bottom w:val="single" w:sz="8" w:space="0" w:color="0077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FFFF" w:themeFill="accent1" w:themeFillTint="3F"/>
      </w:tcPr>
    </w:tblStylePr>
    <w:tblStylePr w:type="band1Horz">
      <w:tblPr/>
      <w:tcPr>
        <w:tcBorders>
          <w:left w:val="nil"/>
          <w:right w:val="nil"/>
          <w:insideH w:val="nil"/>
          <w:insideV w:val="nil"/>
        </w:tcBorders>
        <w:shd w:val="clear" w:color="auto" w:fill="9EFFFF" w:themeFill="accent1" w:themeFillTint="3F"/>
      </w:tcPr>
    </w:tblStylePr>
  </w:style>
  <w:style w:type="table" w:styleId="LightShading-Accent2">
    <w:name w:val="Light Shading Accent 2"/>
    <w:basedOn w:val="TableNormal"/>
    <w:uiPriority w:val="60"/>
    <w:rsid w:val="0069068D"/>
    <w:pPr>
      <w:spacing w:after="0" w:line="240" w:lineRule="auto"/>
    </w:pPr>
    <w:rPr>
      <w:rFonts w:eastAsiaTheme="minorEastAsia"/>
      <w:color w:val="93430C" w:themeColor="accent2" w:themeShade="BF"/>
      <w:lang w:val="en-US"/>
    </w:rPr>
    <w:tblPr>
      <w:tblStyleRowBandSize w:val="1"/>
      <w:tblStyleColBandSize w:val="1"/>
      <w:tblBorders>
        <w:top w:val="single" w:sz="8" w:space="0" w:color="C55A11" w:themeColor="accent2"/>
        <w:bottom w:val="single" w:sz="8" w:space="0" w:color="C55A11" w:themeColor="accent2"/>
      </w:tblBorders>
    </w:tblPr>
    <w:tblStylePr w:type="firstRow">
      <w:pPr>
        <w:spacing w:before="0" w:after="0" w:line="240" w:lineRule="auto"/>
      </w:pPr>
      <w:rPr>
        <w:b/>
        <w:bCs/>
      </w:rPr>
      <w:tblPr/>
      <w:tcPr>
        <w:tcBorders>
          <w:top w:val="single" w:sz="8" w:space="0" w:color="C55A11" w:themeColor="accent2"/>
          <w:left w:val="nil"/>
          <w:bottom w:val="single" w:sz="8" w:space="0" w:color="C55A11" w:themeColor="accent2"/>
          <w:right w:val="nil"/>
          <w:insideH w:val="nil"/>
          <w:insideV w:val="nil"/>
        </w:tcBorders>
      </w:tcPr>
    </w:tblStylePr>
    <w:tblStylePr w:type="lastRow">
      <w:pPr>
        <w:spacing w:before="0" w:after="0" w:line="240" w:lineRule="auto"/>
      </w:pPr>
      <w:rPr>
        <w:b/>
        <w:bCs/>
      </w:rPr>
      <w:tblPr/>
      <w:tcPr>
        <w:tcBorders>
          <w:top w:val="single" w:sz="8" w:space="0" w:color="C55A11" w:themeColor="accent2"/>
          <w:left w:val="nil"/>
          <w:bottom w:val="single" w:sz="8" w:space="0" w:color="C55A1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4BB" w:themeFill="accent2" w:themeFillTint="3F"/>
      </w:tcPr>
    </w:tblStylePr>
    <w:tblStylePr w:type="band1Horz">
      <w:tblPr/>
      <w:tcPr>
        <w:tcBorders>
          <w:left w:val="nil"/>
          <w:right w:val="nil"/>
          <w:insideH w:val="nil"/>
          <w:insideV w:val="nil"/>
        </w:tcBorders>
        <w:shd w:val="clear" w:color="auto" w:fill="F9D4BB" w:themeFill="accent2" w:themeFillTint="3F"/>
      </w:tcPr>
    </w:tblStylePr>
  </w:style>
  <w:style w:type="table" w:styleId="LightShading-Accent3">
    <w:name w:val="Light Shading Accent 3"/>
    <w:basedOn w:val="TableNormal"/>
    <w:uiPriority w:val="60"/>
    <w:rsid w:val="0069068D"/>
    <w:pPr>
      <w:spacing w:after="0" w:line="240" w:lineRule="auto"/>
    </w:pPr>
    <w:rPr>
      <w:rFonts w:eastAsiaTheme="minorEastAsia"/>
      <w:color w:val="00538F" w:themeColor="accent3" w:themeShade="BF"/>
      <w:lang w:val="en-US"/>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rsid w:val="0069068D"/>
    <w:pPr>
      <w:spacing w:after="0" w:line="240" w:lineRule="auto"/>
    </w:pPr>
    <w:rPr>
      <w:rFonts w:eastAsiaTheme="minorEastAsia"/>
      <w:color w:val="980072" w:themeColor="accent4" w:themeShade="BF"/>
      <w:lang w:val="en-US"/>
    </w:rPr>
    <w:tblPr>
      <w:tblStyleRowBandSize w:val="1"/>
      <w:tblStyleColBandSize w:val="1"/>
      <w:tblBorders>
        <w:top w:val="single" w:sz="8" w:space="0" w:color="CC0099" w:themeColor="accent4"/>
        <w:bottom w:val="single" w:sz="8" w:space="0" w:color="CC0099" w:themeColor="accent4"/>
      </w:tblBorders>
    </w:tblPr>
    <w:tblStylePr w:type="firstRow">
      <w:pPr>
        <w:spacing w:before="0" w:after="0" w:line="240" w:lineRule="auto"/>
      </w:pPr>
      <w:rPr>
        <w:b/>
        <w:bCs/>
      </w:rPr>
      <w:tblPr/>
      <w:tcPr>
        <w:tcBorders>
          <w:top w:val="single" w:sz="8" w:space="0" w:color="CC0099" w:themeColor="accent4"/>
          <w:left w:val="nil"/>
          <w:bottom w:val="single" w:sz="8" w:space="0" w:color="CC0099" w:themeColor="accent4"/>
          <w:right w:val="nil"/>
          <w:insideH w:val="nil"/>
          <w:insideV w:val="nil"/>
        </w:tcBorders>
      </w:tcPr>
    </w:tblStylePr>
    <w:tblStylePr w:type="lastRow">
      <w:pPr>
        <w:spacing w:before="0" w:after="0" w:line="240" w:lineRule="auto"/>
      </w:pPr>
      <w:rPr>
        <w:b/>
        <w:bCs/>
      </w:rPr>
      <w:tblPr/>
      <w:tcPr>
        <w:tcBorders>
          <w:top w:val="single" w:sz="8" w:space="0" w:color="CC0099" w:themeColor="accent4"/>
          <w:left w:val="nil"/>
          <w:bottom w:val="single" w:sz="8" w:space="0" w:color="CC00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3EC" w:themeFill="accent4" w:themeFillTint="3F"/>
      </w:tcPr>
    </w:tblStylePr>
    <w:tblStylePr w:type="band1Horz">
      <w:tblPr/>
      <w:tcPr>
        <w:tcBorders>
          <w:left w:val="nil"/>
          <w:right w:val="nil"/>
          <w:insideH w:val="nil"/>
          <w:insideV w:val="nil"/>
        </w:tcBorders>
        <w:shd w:val="clear" w:color="auto" w:fill="FFB3EC" w:themeFill="accent4" w:themeFillTint="3F"/>
      </w:tcPr>
    </w:tblStylePr>
  </w:style>
  <w:style w:type="table" w:styleId="LightShading-Accent5">
    <w:name w:val="Light Shading Accent 5"/>
    <w:basedOn w:val="TableNormal"/>
    <w:uiPriority w:val="60"/>
    <w:rsid w:val="0069068D"/>
    <w:pPr>
      <w:spacing w:after="0" w:line="240" w:lineRule="auto"/>
    </w:pPr>
    <w:rPr>
      <w:rFonts w:eastAsiaTheme="minorEastAsia"/>
      <w:color w:val="2E74B5" w:themeColor="accent5" w:themeShade="BF"/>
      <w:lang w:val="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69068D"/>
    <w:pPr>
      <w:spacing w:after="0" w:line="240" w:lineRule="auto"/>
    </w:pPr>
    <w:rPr>
      <w:rFonts w:eastAsiaTheme="minorEastAsia"/>
      <w:color w:val="538135" w:themeColor="accent6" w:themeShade="BF"/>
      <w:lang w:val="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007777" w:themeColor="accent1"/>
        <w:left w:val="single" w:sz="8" w:space="0" w:color="007777" w:themeColor="accent1"/>
        <w:bottom w:val="single" w:sz="8" w:space="0" w:color="007777" w:themeColor="accent1"/>
        <w:right w:val="single" w:sz="8" w:space="0" w:color="007777" w:themeColor="accent1"/>
      </w:tblBorders>
    </w:tblPr>
    <w:tblStylePr w:type="firstRow">
      <w:pPr>
        <w:spacing w:before="0" w:after="0" w:line="240" w:lineRule="auto"/>
      </w:pPr>
      <w:rPr>
        <w:b/>
        <w:bCs/>
        <w:color w:val="FFFFFF" w:themeColor="background1"/>
      </w:rPr>
      <w:tblPr/>
      <w:tcPr>
        <w:shd w:val="clear" w:color="auto" w:fill="007777" w:themeFill="accent1"/>
      </w:tcPr>
    </w:tblStylePr>
    <w:tblStylePr w:type="lastRow">
      <w:pPr>
        <w:spacing w:before="0" w:after="0" w:line="240" w:lineRule="auto"/>
      </w:pPr>
      <w:rPr>
        <w:b/>
        <w:bCs/>
      </w:rPr>
      <w:tblPr/>
      <w:tcPr>
        <w:tcBorders>
          <w:top w:val="double" w:sz="6" w:space="0" w:color="007777" w:themeColor="accent1"/>
          <w:left w:val="single" w:sz="8" w:space="0" w:color="007777" w:themeColor="accent1"/>
          <w:bottom w:val="single" w:sz="8" w:space="0" w:color="007777" w:themeColor="accent1"/>
          <w:right w:val="single" w:sz="8" w:space="0" w:color="007777" w:themeColor="accent1"/>
        </w:tcBorders>
      </w:tcPr>
    </w:tblStylePr>
    <w:tblStylePr w:type="firstCol">
      <w:rPr>
        <w:b/>
        <w:bCs/>
      </w:rPr>
    </w:tblStylePr>
    <w:tblStylePr w:type="lastCol">
      <w:rPr>
        <w:b/>
        <w:bCs/>
      </w:rPr>
    </w:tblStylePr>
    <w:tblStylePr w:type="band1Vert">
      <w:tblPr/>
      <w:tcPr>
        <w:tcBorders>
          <w:top w:val="single" w:sz="8" w:space="0" w:color="007777" w:themeColor="accent1"/>
          <w:left w:val="single" w:sz="8" w:space="0" w:color="007777" w:themeColor="accent1"/>
          <w:bottom w:val="single" w:sz="8" w:space="0" w:color="007777" w:themeColor="accent1"/>
          <w:right w:val="single" w:sz="8" w:space="0" w:color="007777" w:themeColor="accent1"/>
        </w:tcBorders>
      </w:tcPr>
    </w:tblStylePr>
    <w:tblStylePr w:type="band1Horz">
      <w:tblPr/>
      <w:tcPr>
        <w:tcBorders>
          <w:top w:val="single" w:sz="8" w:space="0" w:color="007777" w:themeColor="accent1"/>
          <w:left w:val="single" w:sz="8" w:space="0" w:color="007777" w:themeColor="accent1"/>
          <w:bottom w:val="single" w:sz="8" w:space="0" w:color="007777" w:themeColor="accent1"/>
          <w:right w:val="single" w:sz="8" w:space="0" w:color="007777" w:themeColor="accent1"/>
        </w:tcBorders>
      </w:tcPr>
    </w:tblStylePr>
  </w:style>
  <w:style w:type="table" w:styleId="LightList-Accent2">
    <w:name w:val="Light List Accent 2"/>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C55A11" w:themeColor="accent2"/>
        <w:left w:val="single" w:sz="8" w:space="0" w:color="C55A11" w:themeColor="accent2"/>
        <w:bottom w:val="single" w:sz="8" w:space="0" w:color="C55A11" w:themeColor="accent2"/>
        <w:right w:val="single" w:sz="8" w:space="0" w:color="C55A11" w:themeColor="accent2"/>
      </w:tblBorders>
    </w:tblPr>
    <w:tblStylePr w:type="firstRow">
      <w:pPr>
        <w:spacing w:before="0" w:after="0" w:line="240" w:lineRule="auto"/>
      </w:pPr>
      <w:rPr>
        <w:b/>
        <w:bCs/>
        <w:color w:val="FFFFFF" w:themeColor="background1"/>
      </w:rPr>
      <w:tblPr/>
      <w:tcPr>
        <w:shd w:val="clear" w:color="auto" w:fill="C55A11" w:themeFill="accent2"/>
      </w:tcPr>
    </w:tblStylePr>
    <w:tblStylePr w:type="lastRow">
      <w:pPr>
        <w:spacing w:before="0" w:after="0" w:line="240" w:lineRule="auto"/>
      </w:pPr>
      <w:rPr>
        <w:b/>
        <w:bCs/>
      </w:rPr>
      <w:tblPr/>
      <w:tcPr>
        <w:tcBorders>
          <w:top w:val="double" w:sz="6" w:space="0" w:color="C55A11" w:themeColor="accent2"/>
          <w:left w:val="single" w:sz="8" w:space="0" w:color="C55A11" w:themeColor="accent2"/>
          <w:bottom w:val="single" w:sz="8" w:space="0" w:color="C55A11" w:themeColor="accent2"/>
          <w:right w:val="single" w:sz="8" w:space="0" w:color="C55A11" w:themeColor="accent2"/>
        </w:tcBorders>
      </w:tcPr>
    </w:tblStylePr>
    <w:tblStylePr w:type="firstCol">
      <w:rPr>
        <w:b/>
        <w:bCs/>
      </w:rPr>
    </w:tblStylePr>
    <w:tblStylePr w:type="lastCol">
      <w:rPr>
        <w:b/>
        <w:bCs/>
      </w:rPr>
    </w:tblStylePr>
    <w:tblStylePr w:type="band1Vert">
      <w:tblPr/>
      <w:tcPr>
        <w:tcBorders>
          <w:top w:val="single" w:sz="8" w:space="0" w:color="C55A11" w:themeColor="accent2"/>
          <w:left w:val="single" w:sz="8" w:space="0" w:color="C55A11" w:themeColor="accent2"/>
          <w:bottom w:val="single" w:sz="8" w:space="0" w:color="C55A11" w:themeColor="accent2"/>
          <w:right w:val="single" w:sz="8" w:space="0" w:color="C55A11" w:themeColor="accent2"/>
        </w:tcBorders>
      </w:tcPr>
    </w:tblStylePr>
    <w:tblStylePr w:type="band1Horz">
      <w:tblPr/>
      <w:tcPr>
        <w:tcBorders>
          <w:top w:val="single" w:sz="8" w:space="0" w:color="C55A11" w:themeColor="accent2"/>
          <w:left w:val="single" w:sz="8" w:space="0" w:color="C55A11" w:themeColor="accent2"/>
          <w:bottom w:val="single" w:sz="8" w:space="0" w:color="C55A11" w:themeColor="accent2"/>
          <w:right w:val="single" w:sz="8" w:space="0" w:color="C55A11" w:themeColor="accent2"/>
        </w:tcBorders>
      </w:tcPr>
    </w:tblStylePr>
  </w:style>
  <w:style w:type="table" w:styleId="LightList-Accent3">
    <w:name w:val="Light List Accent 3"/>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CC0099" w:themeColor="accent4"/>
        <w:left w:val="single" w:sz="8" w:space="0" w:color="CC0099" w:themeColor="accent4"/>
        <w:bottom w:val="single" w:sz="8" w:space="0" w:color="CC0099" w:themeColor="accent4"/>
        <w:right w:val="single" w:sz="8" w:space="0" w:color="CC0099" w:themeColor="accent4"/>
      </w:tblBorders>
    </w:tblPr>
    <w:tblStylePr w:type="firstRow">
      <w:pPr>
        <w:spacing w:before="0" w:after="0" w:line="240" w:lineRule="auto"/>
      </w:pPr>
      <w:rPr>
        <w:b/>
        <w:bCs/>
        <w:color w:val="FFFFFF" w:themeColor="background1"/>
      </w:rPr>
      <w:tblPr/>
      <w:tcPr>
        <w:shd w:val="clear" w:color="auto" w:fill="CC0099" w:themeFill="accent4"/>
      </w:tcPr>
    </w:tblStylePr>
    <w:tblStylePr w:type="lastRow">
      <w:pPr>
        <w:spacing w:before="0" w:after="0" w:line="240" w:lineRule="auto"/>
      </w:pPr>
      <w:rPr>
        <w:b/>
        <w:bCs/>
      </w:rPr>
      <w:tblPr/>
      <w:tcPr>
        <w:tcBorders>
          <w:top w:val="double" w:sz="6" w:space="0" w:color="CC0099" w:themeColor="accent4"/>
          <w:left w:val="single" w:sz="8" w:space="0" w:color="CC0099" w:themeColor="accent4"/>
          <w:bottom w:val="single" w:sz="8" w:space="0" w:color="CC0099" w:themeColor="accent4"/>
          <w:right w:val="single" w:sz="8" w:space="0" w:color="CC0099" w:themeColor="accent4"/>
        </w:tcBorders>
      </w:tcPr>
    </w:tblStylePr>
    <w:tblStylePr w:type="firstCol">
      <w:rPr>
        <w:b/>
        <w:bCs/>
      </w:rPr>
    </w:tblStylePr>
    <w:tblStylePr w:type="lastCol">
      <w:rPr>
        <w:b/>
        <w:bCs/>
      </w:rPr>
    </w:tblStylePr>
    <w:tblStylePr w:type="band1Vert">
      <w:tblPr/>
      <w:tcPr>
        <w:tcBorders>
          <w:top w:val="single" w:sz="8" w:space="0" w:color="CC0099" w:themeColor="accent4"/>
          <w:left w:val="single" w:sz="8" w:space="0" w:color="CC0099" w:themeColor="accent4"/>
          <w:bottom w:val="single" w:sz="8" w:space="0" w:color="CC0099" w:themeColor="accent4"/>
          <w:right w:val="single" w:sz="8" w:space="0" w:color="CC0099" w:themeColor="accent4"/>
        </w:tcBorders>
      </w:tcPr>
    </w:tblStylePr>
    <w:tblStylePr w:type="band1Horz">
      <w:tblPr/>
      <w:tcPr>
        <w:tcBorders>
          <w:top w:val="single" w:sz="8" w:space="0" w:color="CC0099" w:themeColor="accent4"/>
          <w:left w:val="single" w:sz="8" w:space="0" w:color="CC0099" w:themeColor="accent4"/>
          <w:bottom w:val="single" w:sz="8" w:space="0" w:color="CC0099" w:themeColor="accent4"/>
          <w:right w:val="single" w:sz="8" w:space="0" w:color="CC0099" w:themeColor="accent4"/>
        </w:tcBorders>
      </w:tcPr>
    </w:tblStylePr>
  </w:style>
  <w:style w:type="table" w:styleId="LightList-Accent5">
    <w:name w:val="Light List Accent 5"/>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69068D"/>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007777" w:themeColor="accent1"/>
        <w:left w:val="single" w:sz="8" w:space="0" w:color="007777" w:themeColor="accent1"/>
        <w:bottom w:val="single" w:sz="8" w:space="0" w:color="007777" w:themeColor="accent1"/>
        <w:right w:val="single" w:sz="8" w:space="0" w:color="007777" w:themeColor="accent1"/>
        <w:insideH w:val="single" w:sz="8" w:space="0" w:color="007777" w:themeColor="accent1"/>
        <w:insideV w:val="single" w:sz="8" w:space="0" w:color="0077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777" w:themeColor="accent1"/>
          <w:left w:val="single" w:sz="8" w:space="0" w:color="007777" w:themeColor="accent1"/>
          <w:bottom w:val="single" w:sz="18" w:space="0" w:color="007777" w:themeColor="accent1"/>
          <w:right w:val="single" w:sz="8" w:space="0" w:color="007777" w:themeColor="accent1"/>
          <w:insideH w:val="nil"/>
          <w:insideV w:val="single" w:sz="8" w:space="0" w:color="0077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777" w:themeColor="accent1"/>
          <w:left w:val="single" w:sz="8" w:space="0" w:color="007777" w:themeColor="accent1"/>
          <w:bottom w:val="single" w:sz="8" w:space="0" w:color="007777" w:themeColor="accent1"/>
          <w:right w:val="single" w:sz="8" w:space="0" w:color="007777" w:themeColor="accent1"/>
          <w:insideH w:val="nil"/>
          <w:insideV w:val="single" w:sz="8" w:space="0" w:color="0077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777" w:themeColor="accent1"/>
          <w:left w:val="single" w:sz="8" w:space="0" w:color="007777" w:themeColor="accent1"/>
          <w:bottom w:val="single" w:sz="8" w:space="0" w:color="007777" w:themeColor="accent1"/>
          <w:right w:val="single" w:sz="8" w:space="0" w:color="007777" w:themeColor="accent1"/>
        </w:tcBorders>
      </w:tcPr>
    </w:tblStylePr>
    <w:tblStylePr w:type="band1Vert">
      <w:tblPr/>
      <w:tcPr>
        <w:tcBorders>
          <w:top w:val="single" w:sz="8" w:space="0" w:color="007777" w:themeColor="accent1"/>
          <w:left w:val="single" w:sz="8" w:space="0" w:color="007777" w:themeColor="accent1"/>
          <w:bottom w:val="single" w:sz="8" w:space="0" w:color="007777" w:themeColor="accent1"/>
          <w:right w:val="single" w:sz="8" w:space="0" w:color="007777" w:themeColor="accent1"/>
        </w:tcBorders>
        <w:shd w:val="clear" w:color="auto" w:fill="9EFFFF" w:themeFill="accent1" w:themeFillTint="3F"/>
      </w:tcPr>
    </w:tblStylePr>
    <w:tblStylePr w:type="band1Horz">
      <w:tblPr/>
      <w:tcPr>
        <w:tcBorders>
          <w:top w:val="single" w:sz="8" w:space="0" w:color="007777" w:themeColor="accent1"/>
          <w:left w:val="single" w:sz="8" w:space="0" w:color="007777" w:themeColor="accent1"/>
          <w:bottom w:val="single" w:sz="8" w:space="0" w:color="007777" w:themeColor="accent1"/>
          <w:right w:val="single" w:sz="8" w:space="0" w:color="007777" w:themeColor="accent1"/>
          <w:insideV w:val="single" w:sz="8" w:space="0" w:color="007777" w:themeColor="accent1"/>
        </w:tcBorders>
        <w:shd w:val="clear" w:color="auto" w:fill="9EFFFF" w:themeFill="accent1" w:themeFillTint="3F"/>
      </w:tcPr>
    </w:tblStylePr>
    <w:tblStylePr w:type="band2Horz">
      <w:tblPr/>
      <w:tcPr>
        <w:tcBorders>
          <w:top w:val="single" w:sz="8" w:space="0" w:color="007777" w:themeColor="accent1"/>
          <w:left w:val="single" w:sz="8" w:space="0" w:color="007777" w:themeColor="accent1"/>
          <w:bottom w:val="single" w:sz="8" w:space="0" w:color="007777" w:themeColor="accent1"/>
          <w:right w:val="single" w:sz="8" w:space="0" w:color="007777" w:themeColor="accent1"/>
          <w:insideV w:val="single" w:sz="8" w:space="0" w:color="007777" w:themeColor="accent1"/>
        </w:tcBorders>
      </w:tcPr>
    </w:tblStylePr>
  </w:style>
  <w:style w:type="table" w:styleId="LightGrid-Accent2">
    <w:name w:val="Light Grid Accent 2"/>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C55A11" w:themeColor="accent2"/>
        <w:left w:val="single" w:sz="8" w:space="0" w:color="C55A11" w:themeColor="accent2"/>
        <w:bottom w:val="single" w:sz="8" w:space="0" w:color="C55A11" w:themeColor="accent2"/>
        <w:right w:val="single" w:sz="8" w:space="0" w:color="C55A11" w:themeColor="accent2"/>
        <w:insideH w:val="single" w:sz="8" w:space="0" w:color="C55A11" w:themeColor="accent2"/>
        <w:insideV w:val="single" w:sz="8" w:space="0" w:color="C55A1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55A11" w:themeColor="accent2"/>
          <w:left w:val="single" w:sz="8" w:space="0" w:color="C55A11" w:themeColor="accent2"/>
          <w:bottom w:val="single" w:sz="18" w:space="0" w:color="C55A11" w:themeColor="accent2"/>
          <w:right w:val="single" w:sz="8" w:space="0" w:color="C55A11" w:themeColor="accent2"/>
          <w:insideH w:val="nil"/>
          <w:insideV w:val="single" w:sz="8" w:space="0" w:color="C55A1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55A11" w:themeColor="accent2"/>
          <w:left w:val="single" w:sz="8" w:space="0" w:color="C55A11" w:themeColor="accent2"/>
          <w:bottom w:val="single" w:sz="8" w:space="0" w:color="C55A11" w:themeColor="accent2"/>
          <w:right w:val="single" w:sz="8" w:space="0" w:color="C55A11" w:themeColor="accent2"/>
          <w:insideH w:val="nil"/>
          <w:insideV w:val="single" w:sz="8" w:space="0" w:color="C55A1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55A11" w:themeColor="accent2"/>
          <w:left w:val="single" w:sz="8" w:space="0" w:color="C55A11" w:themeColor="accent2"/>
          <w:bottom w:val="single" w:sz="8" w:space="0" w:color="C55A11" w:themeColor="accent2"/>
          <w:right w:val="single" w:sz="8" w:space="0" w:color="C55A11" w:themeColor="accent2"/>
        </w:tcBorders>
      </w:tcPr>
    </w:tblStylePr>
    <w:tblStylePr w:type="band1Vert">
      <w:tblPr/>
      <w:tcPr>
        <w:tcBorders>
          <w:top w:val="single" w:sz="8" w:space="0" w:color="C55A11" w:themeColor="accent2"/>
          <w:left w:val="single" w:sz="8" w:space="0" w:color="C55A11" w:themeColor="accent2"/>
          <w:bottom w:val="single" w:sz="8" w:space="0" w:color="C55A11" w:themeColor="accent2"/>
          <w:right w:val="single" w:sz="8" w:space="0" w:color="C55A11" w:themeColor="accent2"/>
        </w:tcBorders>
        <w:shd w:val="clear" w:color="auto" w:fill="F9D4BB" w:themeFill="accent2" w:themeFillTint="3F"/>
      </w:tcPr>
    </w:tblStylePr>
    <w:tblStylePr w:type="band1Horz">
      <w:tblPr/>
      <w:tcPr>
        <w:tcBorders>
          <w:top w:val="single" w:sz="8" w:space="0" w:color="C55A11" w:themeColor="accent2"/>
          <w:left w:val="single" w:sz="8" w:space="0" w:color="C55A11" w:themeColor="accent2"/>
          <w:bottom w:val="single" w:sz="8" w:space="0" w:color="C55A11" w:themeColor="accent2"/>
          <w:right w:val="single" w:sz="8" w:space="0" w:color="C55A11" w:themeColor="accent2"/>
          <w:insideV w:val="single" w:sz="8" w:space="0" w:color="C55A11" w:themeColor="accent2"/>
        </w:tcBorders>
        <w:shd w:val="clear" w:color="auto" w:fill="F9D4BB" w:themeFill="accent2" w:themeFillTint="3F"/>
      </w:tcPr>
    </w:tblStylePr>
    <w:tblStylePr w:type="band2Horz">
      <w:tblPr/>
      <w:tcPr>
        <w:tcBorders>
          <w:top w:val="single" w:sz="8" w:space="0" w:color="C55A11" w:themeColor="accent2"/>
          <w:left w:val="single" w:sz="8" w:space="0" w:color="C55A11" w:themeColor="accent2"/>
          <w:bottom w:val="single" w:sz="8" w:space="0" w:color="C55A11" w:themeColor="accent2"/>
          <w:right w:val="single" w:sz="8" w:space="0" w:color="C55A11" w:themeColor="accent2"/>
          <w:insideV w:val="single" w:sz="8" w:space="0" w:color="C55A11" w:themeColor="accent2"/>
        </w:tcBorders>
      </w:tcPr>
    </w:tblStylePr>
  </w:style>
  <w:style w:type="table" w:styleId="LightGrid-Accent3">
    <w:name w:val="Light Grid Accent 3"/>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CC0099" w:themeColor="accent4"/>
        <w:left w:val="single" w:sz="8" w:space="0" w:color="CC0099" w:themeColor="accent4"/>
        <w:bottom w:val="single" w:sz="8" w:space="0" w:color="CC0099" w:themeColor="accent4"/>
        <w:right w:val="single" w:sz="8" w:space="0" w:color="CC0099" w:themeColor="accent4"/>
        <w:insideH w:val="single" w:sz="8" w:space="0" w:color="CC0099" w:themeColor="accent4"/>
        <w:insideV w:val="single" w:sz="8" w:space="0" w:color="CC009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0099" w:themeColor="accent4"/>
          <w:left w:val="single" w:sz="8" w:space="0" w:color="CC0099" w:themeColor="accent4"/>
          <w:bottom w:val="single" w:sz="18" w:space="0" w:color="CC0099" w:themeColor="accent4"/>
          <w:right w:val="single" w:sz="8" w:space="0" w:color="CC0099" w:themeColor="accent4"/>
          <w:insideH w:val="nil"/>
          <w:insideV w:val="single" w:sz="8" w:space="0" w:color="CC009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0099" w:themeColor="accent4"/>
          <w:left w:val="single" w:sz="8" w:space="0" w:color="CC0099" w:themeColor="accent4"/>
          <w:bottom w:val="single" w:sz="8" w:space="0" w:color="CC0099" w:themeColor="accent4"/>
          <w:right w:val="single" w:sz="8" w:space="0" w:color="CC0099" w:themeColor="accent4"/>
          <w:insideH w:val="nil"/>
          <w:insideV w:val="single" w:sz="8" w:space="0" w:color="CC009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0099" w:themeColor="accent4"/>
          <w:left w:val="single" w:sz="8" w:space="0" w:color="CC0099" w:themeColor="accent4"/>
          <w:bottom w:val="single" w:sz="8" w:space="0" w:color="CC0099" w:themeColor="accent4"/>
          <w:right w:val="single" w:sz="8" w:space="0" w:color="CC0099" w:themeColor="accent4"/>
        </w:tcBorders>
      </w:tcPr>
    </w:tblStylePr>
    <w:tblStylePr w:type="band1Vert">
      <w:tblPr/>
      <w:tcPr>
        <w:tcBorders>
          <w:top w:val="single" w:sz="8" w:space="0" w:color="CC0099" w:themeColor="accent4"/>
          <w:left w:val="single" w:sz="8" w:space="0" w:color="CC0099" w:themeColor="accent4"/>
          <w:bottom w:val="single" w:sz="8" w:space="0" w:color="CC0099" w:themeColor="accent4"/>
          <w:right w:val="single" w:sz="8" w:space="0" w:color="CC0099" w:themeColor="accent4"/>
        </w:tcBorders>
        <w:shd w:val="clear" w:color="auto" w:fill="FFB3EC" w:themeFill="accent4" w:themeFillTint="3F"/>
      </w:tcPr>
    </w:tblStylePr>
    <w:tblStylePr w:type="band1Horz">
      <w:tblPr/>
      <w:tcPr>
        <w:tcBorders>
          <w:top w:val="single" w:sz="8" w:space="0" w:color="CC0099" w:themeColor="accent4"/>
          <w:left w:val="single" w:sz="8" w:space="0" w:color="CC0099" w:themeColor="accent4"/>
          <w:bottom w:val="single" w:sz="8" w:space="0" w:color="CC0099" w:themeColor="accent4"/>
          <w:right w:val="single" w:sz="8" w:space="0" w:color="CC0099" w:themeColor="accent4"/>
          <w:insideV w:val="single" w:sz="8" w:space="0" w:color="CC0099" w:themeColor="accent4"/>
        </w:tcBorders>
        <w:shd w:val="clear" w:color="auto" w:fill="FFB3EC" w:themeFill="accent4" w:themeFillTint="3F"/>
      </w:tcPr>
    </w:tblStylePr>
    <w:tblStylePr w:type="band2Horz">
      <w:tblPr/>
      <w:tcPr>
        <w:tcBorders>
          <w:top w:val="single" w:sz="8" w:space="0" w:color="CC0099" w:themeColor="accent4"/>
          <w:left w:val="single" w:sz="8" w:space="0" w:color="CC0099" w:themeColor="accent4"/>
          <w:bottom w:val="single" w:sz="8" w:space="0" w:color="CC0099" w:themeColor="accent4"/>
          <w:right w:val="single" w:sz="8" w:space="0" w:color="CC0099" w:themeColor="accent4"/>
          <w:insideV w:val="single" w:sz="8" w:space="0" w:color="CC0099" w:themeColor="accent4"/>
        </w:tcBorders>
      </w:tcPr>
    </w:tblStylePr>
  </w:style>
  <w:style w:type="table" w:styleId="LightGrid-Accent5">
    <w:name w:val="Light Grid Accent 5"/>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69068D"/>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00D9D9" w:themeColor="accent1" w:themeTint="BF"/>
        <w:left w:val="single" w:sz="8" w:space="0" w:color="00D9D9" w:themeColor="accent1" w:themeTint="BF"/>
        <w:bottom w:val="single" w:sz="8" w:space="0" w:color="00D9D9" w:themeColor="accent1" w:themeTint="BF"/>
        <w:right w:val="single" w:sz="8" w:space="0" w:color="00D9D9" w:themeColor="accent1" w:themeTint="BF"/>
        <w:insideH w:val="single" w:sz="8" w:space="0" w:color="00D9D9" w:themeColor="accent1" w:themeTint="BF"/>
      </w:tblBorders>
    </w:tblPr>
    <w:tblStylePr w:type="firstRow">
      <w:pPr>
        <w:spacing w:before="0" w:after="0" w:line="240" w:lineRule="auto"/>
      </w:pPr>
      <w:rPr>
        <w:b/>
        <w:bCs/>
        <w:color w:val="FFFFFF" w:themeColor="background1"/>
      </w:rPr>
      <w:tblPr/>
      <w:tcPr>
        <w:tcBorders>
          <w:top w:val="single" w:sz="8" w:space="0" w:color="00D9D9" w:themeColor="accent1" w:themeTint="BF"/>
          <w:left w:val="single" w:sz="8" w:space="0" w:color="00D9D9" w:themeColor="accent1" w:themeTint="BF"/>
          <w:bottom w:val="single" w:sz="8" w:space="0" w:color="00D9D9" w:themeColor="accent1" w:themeTint="BF"/>
          <w:right w:val="single" w:sz="8" w:space="0" w:color="00D9D9" w:themeColor="accent1" w:themeTint="BF"/>
          <w:insideH w:val="nil"/>
          <w:insideV w:val="nil"/>
        </w:tcBorders>
        <w:shd w:val="clear" w:color="auto" w:fill="007777" w:themeFill="accent1"/>
      </w:tcPr>
    </w:tblStylePr>
    <w:tblStylePr w:type="lastRow">
      <w:pPr>
        <w:spacing w:before="0" w:after="0" w:line="240" w:lineRule="auto"/>
      </w:pPr>
      <w:rPr>
        <w:b/>
        <w:bCs/>
      </w:rPr>
      <w:tblPr/>
      <w:tcPr>
        <w:tcBorders>
          <w:top w:val="double" w:sz="6" w:space="0" w:color="00D9D9" w:themeColor="accent1" w:themeTint="BF"/>
          <w:left w:val="single" w:sz="8" w:space="0" w:color="00D9D9" w:themeColor="accent1" w:themeTint="BF"/>
          <w:bottom w:val="single" w:sz="8" w:space="0" w:color="00D9D9" w:themeColor="accent1" w:themeTint="BF"/>
          <w:right w:val="single" w:sz="8" w:space="0" w:color="00D9D9"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FFFF" w:themeFill="accent1" w:themeFillTint="3F"/>
      </w:tcPr>
    </w:tblStylePr>
    <w:tblStylePr w:type="band1Horz">
      <w:tblPr/>
      <w:tcPr>
        <w:tcBorders>
          <w:insideH w:val="nil"/>
          <w:insideV w:val="nil"/>
        </w:tcBorders>
        <w:shd w:val="clear" w:color="auto" w:fill="9EFF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ED7E32" w:themeColor="accent2" w:themeTint="BF"/>
        <w:left w:val="single" w:sz="8" w:space="0" w:color="ED7E32" w:themeColor="accent2" w:themeTint="BF"/>
        <w:bottom w:val="single" w:sz="8" w:space="0" w:color="ED7E32" w:themeColor="accent2" w:themeTint="BF"/>
        <w:right w:val="single" w:sz="8" w:space="0" w:color="ED7E32" w:themeColor="accent2" w:themeTint="BF"/>
        <w:insideH w:val="single" w:sz="8" w:space="0" w:color="ED7E32" w:themeColor="accent2" w:themeTint="BF"/>
      </w:tblBorders>
    </w:tblPr>
    <w:tblStylePr w:type="firstRow">
      <w:pPr>
        <w:spacing w:before="0" w:after="0" w:line="240" w:lineRule="auto"/>
      </w:pPr>
      <w:rPr>
        <w:b/>
        <w:bCs/>
        <w:color w:val="FFFFFF" w:themeColor="background1"/>
      </w:rPr>
      <w:tblPr/>
      <w:tcPr>
        <w:tcBorders>
          <w:top w:val="single" w:sz="8" w:space="0" w:color="ED7E32" w:themeColor="accent2" w:themeTint="BF"/>
          <w:left w:val="single" w:sz="8" w:space="0" w:color="ED7E32" w:themeColor="accent2" w:themeTint="BF"/>
          <w:bottom w:val="single" w:sz="8" w:space="0" w:color="ED7E32" w:themeColor="accent2" w:themeTint="BF"/>
          <w:right w:val="single" w:sz="8" w:space="0" w:color="ED7E32" w:themeColor="accent2" w:themeTint="BF"/>
          <w:insideH w:val="nil"/>
          <w:insideV w:val="nil"/>
        </w:tcBorders>
        <w:shd w:val="clear" w:color="auto" w:fill="C55A11" w:themeFill="accent2"/>
      </w:tcPr>
    </w:tblStylePr>
    <w:tblStylePr w:type="lastRow">
      <w:pPr>
        <w:spacing w:before="0" w:after="0" w:line="240" w:lineRule="auto"/>
      </w:pPr>
      <w:rPr>
        <w:b/>
        <w:bCs/>
      </w:rPr>
      <w:tblPr/>
      <w:tcPr>
        <w:tcBorders>
          <w:top w:val="double" w:sz="6" w:space="0" w:color="ED7E32" w:themeColor="accent2" w:themeTint="BF"/>
          <w:left w:val="single" w:sz="8" w:space="0" w:color="ED7E32" w:themeColor="accent2" w:themeTint="BF"/>
          <w:bottom w:val="single" w:sz="8" w:space="0" w:color="ED7E32" w:themeColor="accent2" w:themeTint="BF"/>
          <w:right w:val="single" w:sz="8" w:space="0" w:color="ED7E3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4BB" w:themeFill="accent2" w:themeFillTint="3F"/>
      </w:tcPr>
    </w:tblStylePr>
    <w:tblStylePr w:type="band1Horz">
      <w:tblPr/>
      <w:tcPr>
        <w:tcBorders>
          <w:insideH w:val="nil"/>
          <w:insideV w:val="nil"/>
        </w:tcBorders>
        <w:shd w:val="clear" w:color="auto" w:fill="F9D4B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FF19C5" w:themeColor="accent4" w:themeTint="BF"/>
        <w:left w:val="single" w:sz="8" w:space="0" w:color="FF19C5" w:themeColor="accent4" w:themeTint="BF"/>
        <w:bottom w:val="single" w:sz="8" w:space="0" w:color="FF19C5" w:themeColor="accent4" w:themeTint="BF"/>
        <w:right w:val="single" w:sz="8" w:space="0" w:color="FF19C5" w:themeColor="accent4" w:themeTint="BF"/>
        <w:insideH w:val="single" w:sz="8" w:space="0" w:color="FF19C5" w:themeColor="accent4" w:themeTint="BF"/>
      </w:tblBorders>
    </w:tblPr>
    <w:tblStylePr w:type="firstRow">
      <w:pPr>
        <w:spacing w:before="0" w:after="0" w:line="240" w:lineRule="auto"/>
      </w:pPr>
      <w:rPr>
        <w:b/>
        <w:bCs/>
        <w:color w:val="FFFFFF" w:themeColor="background1"/>
      </w:rPr>
      <w:tblPr/>
      <w:tcPr>
        <w:tcBorders>
          <w:top w:val="single" w:sz="8" w:space="0" w:color="FF19C5" w:themeColor="accent4" w:themeTint="BF"/>
          <w:left w:val="single" w:sz="8" w:space="0" w:color="FF19C5" w:themeColor="accent4" w:themeTint="BF"/>
          <w:bottom w:val="single" w:sz="8" w:space="0" w:color="FF19C5" w:themeColor="accent4" w:themeTint="BF"/>
          <w:right w:val="single" w:sz="8" w:space="0" w:color="FF19C5" w:themeColor="accent4" w:themeTint="BF"/>
          <w:insideH w:val="nil"/>
          <w:insideV w:val="nil"/>
        </w:tcBorders>
        <w:shd w:val="clear" w:color="auto" w:fill="CC0099" w:themeFill="accent4"/>
      </w:tcPr>
    </w:tblStylePr>
    <w:tblStylePr w:type="lastRow">
      <w:pPr>
        <w:spacing w:before="0" w:after="0" w:line="240" w:lineRule="auto"/>
      </w:pPr>
      <w:rPr>
        <w:b/>
        <w:bCs/>
      </w:rPr>
      <w:tblPr/>
      <w:tcPr>
        <w:tcBorders>
          <w:top w:val="double" w:sz="6" w:space="0" w:color="FF19C5" w:themeColor="accent4" w:themeTint="BF"/>
          <w:left w:val="single" w:sz="8" w:space="0" w:color="FF19C5" w:themeColor="accent4" w:themeTint="BF"/>
          <w:bottom w:val="single" w:sz="8" w:space="0" w:color="FF19C5" w:themeColor="accent4" w:themeTint="BF"/>
          <w:right w:val="single" w:sz="8" w:space="0" w:color="FF19C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3EC" w:themeFill="accent4" w:themeFillTint="3F"/>
      </w:tcPr>
    </w:tblStylePr>
    <w:tblStylePr w:type="band1Horz">
      <w:tblPr/>
      <w:tcPr>
        <w:tcBorders>
          <w:insideH w:val="nil"/>
          <w:insideV w:val="nil"/>
        </w:tcBorders>
        <w:shd w:val="clear" w:color="auto" w:fill="FFB3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9068D"/>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7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777" w:themeFill="accent1"/>
      </w:tcPr>
    </w:tblStylePr>
    <w:tblStylePr w:type="lastCol">
      <w:rPr>
        <w:b/>
        <w:bCs/>
        <w:color w:val="FFFFFF" w:themeColor="background1"/>
      </w:rPr>
      <w:tblPr/>
      <w:tcPr>
        <w:tcBorders>
          <w:left w:val="nil"/>
          <w:right w:val="nil"/>
          <w:insideH w:val="nil"/>
          <w:insideV w:val="nil"/>
        </w:tcBorders>
        <w:shd w:val="clear" w:color="auto" w:fill="0077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55A1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55A11" w:themeFill="accent2"/>
      </w:tcPr>
    </w:tblStylePr>
    <w:tblStylePr w:type="lastCol">
      <w:rPr>
        <w:b/>
        <w:bCs/>
        <w:color w:val="FFFFFF" w:themeColor="background1"/>
      </w:rPr>
      <w:tblPr/>
      <w:tcPr>
        <w:tcBorders>
          <w:left w:val="nil"/>
          <w:right w:val="nil"/>
          <w:insideH w:val="nil"/>
          <w:insideV w:val="nil"/>
        </w:tcBorders>
        <w:shd w:val="clear" w:color="auto" w:fill="C55A1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009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0099" w:themeFill="accent4"/>
      </w:tcPr>
    </w:tblStylePr>
    <w:tblStylePr w:type="lastCol">
      <w:rPr>
        <w:b/>
        <w:bCs/>
        <w:color w:val="FFFFFF" w:themeColor="background1"/>
      </w:rPr>
      <w:tblPr/>
      <w:tcPr>
        <w:tcBorders>
          <w:left w:val="nil"/>
          <w:right w:val="nil"/>
          <w:insideH w:val="nil"/>
          <w:insideV w:val="nil"/>
        </w:tcBorders>
        <w:shd w:val="clear" w:color="auto" w:fill="CC009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9068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007777" w:themeColor="accent1"/>
        <w:bottom w:val="single" w:sz="8" w:space="0" w:color="007777" w:themeColor="accent1"/>
      </w:tblBorders>
    </w:tblPr>
    <w:tblStylePr w:type="firstRow">
      <w:rPr>
        <w:rFonts w:asciiTheme="majorHAnsi" w:eastAsiaTheme="majorEastAsia" w:hAnsiTheme="majorHAnsi" w:cstheme="majorBidi"/>
      </w:rPr>
      <w:tblPr/>
      <w:tcPr>
        <w:tcBorders>
          <w:top w:val="nil"/>
          <w:bottom w:val="single" w:sz="8" w:space="0" w:color="007777" w:themeColor="accent1"/>
        </w:tcBorders>
      </w:tcPr>
    </w:tblStylePr>
    <w:tblStylePr w:type="lastRow">
      <w:rPr>
        <w:b/>
        <w:bCs/>
        <w:color w:val="44546A" w:themeColor="text2"/>
      </w:rPr>
      <w:tblPr/>
      <w:tcPr>
        <w:tcBorders>
          <w:top w:val="single" w:sz="8" w:space="0" w:color="007777" w:themeColor="accent1"/>
          <w:bottom w:val="single" w:sz="8" w:space="0" w:color="007777" w:themeColor="accent1"/>
        </w:tcBorders>
      </w:tcPr>
    </w:tblStylePr>
    <w:tblStylePr w:type="firstCol">
      <w:rPr>
        <w:b/>
        <w:bCs/>
      </w:rPr>
    </w:tblStylePr>
    <w:tblStylePr w:type="lastCol">
      <w:rPr>
        <w:b/>
        <w:bCs/>
      </w:rPr>
      <w:tblPr/>
      <w:tcPr>
        <w:tcBorders>
          <w:top w:val="single" w:sz="8" w:space="0" w:color="007777" w:themeColor="accent1"/>
          <w:bottom w:val="single" w:sz="8" w:space="0" w:color="007777" w:themeColor="accent1"/>
        </w:tcBorders>
      </w:tcPr>
    </w:tblStylePr>
    <w:tblStylePr w:type="band1Vert">
      <w:tblPr/>
      <w:tcPr>
        <w:shd w:val="clear" w:color="auto" w:fill="9EFFFF" w:themeFill="accent1" w:themeFillTint="3F"/>
      </w:tcPr>
    </w:tblStylePr>
    <w:tblStylePr w:type="band1Horz">
      <w:tblPr/>
      <w:tcPr>
        <w:shd w:val="clear" w:color="auto" w:fill="9EFFFF" w:themeFill="accent1" w:themeFillTint="3F"/>
      </w:tcPr>
    </w:tblStylePr>
  </w:style>
  <w:style w:type="table" w:styleId="MediumList1-Accent2">
    <w:name w:val="Medium List 1 Accent 2"/>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C55A11" w:themeColor="accent2"/>
        <w:bottom w:val="single" w:sz="8" w:space="0" w:color="C55A11" w:themeColor="accent2"/>
      </w:tblBorders>
    </w:tblPr>
    <w:tblStylePr w:type="firstRow">
      <w:rPr>
        <w:rFonts w:asciiTheme="majorHAnsi" w:eastAsiaTheme="majorEastAsia" w:hAnsiTheme="majorHAnsi" w:cstheme="majorBidi"/>
      </w:rPr>
      <w:tblPr/>
      <w:tcPr>
        <w:tcBorders>
          <w:top w:val="nil"/>
          <w:bottom w:val="single" w:sz="8" w:space="0" w:color="C55A11" w:themeColor="accent2"/>
        </w:tcBorders>
      </w:tcPr>
    </w:tblStylePr>
    <w:tblStylePr w:type="lastRow">
      <w:rPr>
        <w:b/>
        <w:bCs/>
        <w:color w:val="44546A" w:themeColor="text2"/>
      </w:rPr>
      <w:tblPr/>
      <w:tcPr>
        <w:tcBorders>
          <w:top w:val="single" w:sz="8" w:space="0" w:color="C55A11" w:themeColor="accent2"/>
          <w:bottom w:val="single" w:sz="8" w:space="0" w:color="C55A11" w:themeColor="accent2"/>
        </w:tcBorders>
      </w:tcPr>
    </w:tblStylePr>
    <w:tblStylePr w:type="firstCol">
      <w:rPr>
        <w:b/>
        <w:bCs/>
      </w:rPr>
    </w:tblStylePr>
    <w:tblStylePr w:type="lastCol">
      <w:rPr>
        <w:b/>
        <w:bCs/>
      </w:rPr>
      <w:tblPr/>
      <w:tcPr>
        <w:tcBorders>
          <w:top w:val="single" w:sz="8" w:space="0" w:color="C55A11" w:themeColor="accent2"/>
          <w:bottom w:val="single" w:sz="8" w:space="0" w:color="C55A11" w:themeColor="accent2"/>
        </w:tcBorders>
      </w:tcPr>
    </w:tblStylePr>
    <w:tblStylePr w:type="band1Vert">
      <w:tblPr/>
      <w:tcPr>
        <w:shd w:val="clear" w:color="auto" w:fill="F9D4BB" w:themeFill="accent2" w:themeFillTint="3F"/>
      </w:tcPr>
    </w:tblStylePr>
    <w:tblStylePr w:type="band1Horz">
      <w:tblPr/>
      <w:tcPr>
        <w:shd w:val="clear" w:color="auto" w:fill="F9D4BB" w:themeFill="accent2" w:themeFillTint="3F"/>
      </w:tcPr>
    </w:tblStylePr>
  </w:style>
  <w:style w:type="table" w:styleId="MediumList1-Accent3">
    <w:name w:val="Medium List 1 Accent 3"/>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44546A"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CC0099" w:themeColor="accent4"/>
        <w:bottom w:val="single" w:sz="8" w:space="0" w:color="CC0099" w:themeColor="accent4"/>
      </w:tblBorders>
    </w:tblPr>
    <w:tblStylePr w:type="firstRow">
      <w:rPr>
        <w:rFonts w:asciiTheme="majorHAnsi" w:eastAsiaTheme="majorEastAsia" w:hAnsiTheme="majorHAnsi" w:cstheme="majorBidi"/>
      </w:rPr>
      <w:tblPr/>
      <w:tcPr>
        <w:tcBorders>
          <w:top w:val="nil"/>
          <w:bottom w:val="single" w:sz="8" w:space="0" w:color="CC0099" w:themeColor="accent4"/>
        </w:tcBorders>
      </w:tcPr>
    </w:tblStylePr>
    <w:tblStylePr w:type="lastRow">
      <w:rPr>
        <w:b/>
        <w:bCs/>
        <w:color w:val="44546A" w:themeColor="text2"/>
      </w:rPr>
      <w:tblPr/>
      <w:tcPr>
        <w:tcBorders>
          <w:top w:val="single" w:sz="8" w:space="0" w:color="CC0099" w:themeColor="accent4"/>
          <w:bottom w:val="single" w:sz="8" w:space="0" w:color="CC0099" w:themeColor="accent4"/>
        </w:tcBorders>
      </w:tcPr>
    </w:tblStylePr>
    <w:tblStylePr w:type="firstCol">
      <w:rPr>
        <w:b/>
        <w:bCs/>
      </w:rPr>
    </w:tblStylePr>
    <w:tblStylePr w:type="lastCol">
      <w:rPr>
        <w:b/>
        <w:bCs/>
      </w:rPr>
      <w:tblPr/>
      <w:tcPr>
        <w:tcBorders>
          <w:top w:val="single" w:sz="8" w:space="0" w:color="CC0099" w:themeColor="accent4"/>
          <w:bottom w:val="single" w:sz="8" w:space="0" w:color="CC0099" w:themeColor="accent4"/>
        </w:tcBorders>
      </w:tcPr>
    </w:tblStylePr>
    <w:tblStylePr w:type="band1Vert">
      <w:tblPr/>
      <w:tcPr>
        <w:shd w:val="clear" w:color="auto" w:fill="FFB3EC" w:themeFill="accent4" w:themeFillTint="3F"/>
      </w:tcPr>
    </w:tblStylePr>
    <w:tblStylePr w:type="band1Horz">
      <w:tblPr/>
      <w:tcPr>
        <w:shd w:val="clear" w:color="auto" w:fill="FFB3EC" w:themeFill="accent4" w:themeFillTint="3F"/>
      </w:tcPr>
    </w:tblStylePr>
  </w:style>
  <w:style w:type="table" w:styleId="MediumList1-Accent5">
    <w:name w:val="Medium List 1 Accent 5"/>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69068D"/>
    <w:pPr>
      <w:spacing w:after="0" w:line="240" w:lineRule="auto"/>
    </w:pPr>
    <w:rPr>
      <w:rFonts w:eastAsiaTheme="minorEastAsia"/>
      <w:color w:val="000000" w:themeColor="text1"/>
      <w:lang w:val="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7777" w:themeColor="accent1"/>
        <w:left w:val="single" w:sz="8" w:space="0" w:color="007777" w:themeColor="accent1"/>
        <w:bottom w:val="single" w:sz="8" w:space="0" w:color="007777" w:themeColor="accent1"/>
        <w:right w:val="single" w:sz="8" w:space="0" w:color="007777" w:themeColor="accent1"/>
      </w:tblBorders>
    </w:tblPr>
    <w:tblStylePr w:type="firstRow">
      <w:rPr>
        <w:sz w:val="24"/>
        <w:szCs w:val="24"/>
      </w:rPr>
      <w:tblPr/>
      <w:tcPr>
        <w:tcBorders>
          <w:top w:val="nil"/>
          <w:left w:val="nil"/>
          <w:bottom w:val="single" w:sz="24" w:space="0" w:color="007777" w:themeColor="accent1"/>
          <w:right w:val="nil"/>
          <w:insideH w:val="nil"/>
          <w:insideV w:val="nil"/>
        </w:tcBorders>
        <w:shd w:val="clear" w:color="auto" w:fill="FFFFFF" w:themeFill="background1"/>
      </w:tcPr>
    </w:tblStylePr>
    <w:tblStylePr w:type="lastRow">
      <w:tblPr/>
      <w:tcPr>
        <w:tcBorders>
          <w:top w:val="single" w:sz="8" w:space="0" w:color="00777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777" w:themeColor="accent1"/>
          <w:insideH w:val="nil"/>
          <w:insideV w:val="nil"/>
        </w:tcBorders>
        <w:shd w:val="clear" w:color="auto" w:fill="FFFFFF" w:themeFill="background1"/>
      </w:tcPr>
    </w:tblStylePr>
    <w:tblStylePr w:type="lastCol">
      <w:tblPr/>
      <w:tcPr>
        <w:tcBorders>
          <w:top w:val="nil"/>
          <w:left w:val="single" w:sz="8" w:space="0" w:color="0077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FFFF" w:themeFill="accent1" w:themeFillTint="3F"/>
      </w:tcPr>
    </w:tblStylePr>
    <w:tblStylePr w:type="band1Horz">
      <w:tblPr/>
      <w:tcPr>
        <w:tcBorders>
          <w:top w:val="nil"/>
          <w:bottom w:val="nil"/>
          <w:insideH w:val="nil"/>
          <w:insideV w:val="nil"/>
        </w:tcBorders>
        <w:shd w:val="clear" w:color="auto" w:fill="9EFF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55A11" w:themeColor="accent2"/>
        <w:left w:val="single" w:sz="8" w:space="0" w:color="C55A11" w:themeColor="accent2"/>
        <w:bottom w:val="single" w:sz="8" w:space="0" w:color="C55A11" w:themeColor="accent2"/>
        <w:right w:val="single" w:sz="8" w:space="0" w:color="C55A11" w:themeColor="accent2"/>
      </w:tblBorders>
    </w:tblPr>
    <w:tblStylePr w:type="firstRow">
      <w:rPr>
        <w:sz w:val="24"/>
        <w:szCs w:val="24"/>
      </w:rPr>
      <w:tblPr/>
      <w:tcPr>
        <w:tcBorders>
          <w:top w:val="nil"/>
          <w:left w:val="nil"/>
          <w:bottom w:val="single" w:sz="24" w:space="0" w:color="C55A11" w:themeColor="accent2"/>
          <w:right w:val="nil"/>
          <w:insideH w:val="nil"/>
          <w:insideV w:val="nil"/>
        </w:tcBorders>
        <w:shd w:val="clear" w:color="auto" w:fill="FFFFFF" w:themeFill="background1"/>
      </w:tcPr>
    </w:tblStylePr>
    <w:tblStylePr w:type="lastRow">
      <w:tblPr/>
      <w:tcPr>
        <w:tcBorders>
          <w:top w:val="single" w:sz="8" w:space="0" w:color="C55A1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5A11" w:themeColor="accent2"/>
          <w:insideH w:val="nil"/>
          <w:insideV w:val="nil"/>
        </w:tcBorders>
        <w:shd w:val="clear" w:color="auto" w:fill="FFFFFF" w:themeFill="background1"/>
      </w:tcPr>
    </w:tblStylePr>
    <w:tblStylePr w:type="lastCol">
      <w:tblPr/>
      <w:tcPr>
        <w:tcBorders>
          <w:top w:val="nil"/>
          <w:left w:val="single" w:sz="8" w:space="0" w:color="C55A1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B" w:themeFill="accent2" w:themeFillTint="3F"/>
      </w:tcPr>
    </w:tblStylePr>
    <w:tblStylePr w:type="band1Horz">
      <w:tblPr/>
      <w:tcPr>
        <w:tcBorders>
          <w:top w:val="nil"/>
          <w:bottom w:val="nil"/>
          <w:insideH w:val="nil"/>
          <w:insideV w:val="nil"/>
        </w:tcBorders>
        <w:shd w:val="clear" w:color="auto" w:fill="F9D4B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C0099" w:themeColor="accent4"/>
        <w:left w:val="single" w:sz="8" w:space="0" w:color="CC0099" w:themeColor="accent4"/>
        <w:bottom w:val="single" w:sz="8" w:space="0" w:color="CC0099" w:themeColor="accent4"/>
        <w:right w:val="single" w:sz="8" w:space="0" w:color="CC0099" w:themeColor="accent4"/>
      </w:tblBorders>
    </w:tblPr>
    <w:tblStylePr w:type="firstRow">
      <w:rPr>
        <w:sz w:val="24"/>
        <w:szCs w:val="24"/>
      </w:rPr>
      <w:tblPr/>
      <w:tcPr>
        <w:tcBorders>
          <w:top w:val="nil"/>
          <w:left w:val="nil"/>
          <w:bottom w:val="single" w:sz="24" w:space="0" w:color="CC0099" w:themeColor="accent4"/>
          <w:right w:val="nil"/>
          <w:insideH w:val="nil"/>
          <w:insideV w:val="nil"/>
        </w:tcBorders>
        <w:shd w:val="clear" w:color="auto" w:fill="FFFFFF" w:themeFill="background1"/>
      </w:tcPr>
    </w:tblStylePr>
    <w:tblStylePr w:type="lastRow">
      <w:tblPr/>
      <w:tcPr>
        <w:tcBorders>
          <w:top w:val="single" w:sz="8" w:space="0" w:color="CC009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0099" w:themeColor="accent4"/>
          <w:insideH w:val="nil"/>
          <w:insideV w:val="nil"/>
        </w:tcBorders>
        <w:shd w:val="clear" w:color="auto" w:fill="FFFFFF" w:themeFill="background1"/>
      </w:tcPr>
    </w:tblStylePr>
    <w:tblStylePr w:type="lastCol">
      <w:tblPr/>
      <w:tcPr>
        <w:tcBorders>
          <w:top w:val="nil"/>
          <w:left w:val="single" w:sz="8" w:space="0" w:color="CC009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3EC" w:themeFill="accent4" w:themeFillTint="3F"/>
      </w:tcPr>
    </w:tblStylePr>
    <w:tblStylePr w:type="band1Horz">
      <w:tblPr/>
      <w:tcPr>
        <w:tcBorders>
          <w:top w:val="nil"/>
          <w:bottom w:val="nil"/>
          <w:insideH w:val="nil"/>
          <w:insideV w:val="nil"/>
        </w:tcBorders>
        <w:shd w:val="clear" w:color="auto" w:fill="FFB3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00D9D9" w:themeColor="accent1" w:themeTint="BF"/>
        <w:left w:val="single" w:sz="8" w:space="0" w:color="00D9D9" w:themeColor="accent1" w:themeTint="BF"/>
        <w:bottom w:val="single" w:sz="8" w:space="0" w:color="00D9D9" w:themeColor="accent1" w:themeTint="BF"/>
        <w:right w:val="single" w:sz="8" w:space="0" w:color="00D9D9" w:themeColor="accent1" w:themeTint="BF"/>
        <w:insideH w:val="single" w:sz="8" w:space="0" w:color="00D9D9" w:themeColor="accent1" w:themeTint="BF"/>
        <w:insideV w:val="single" w:sz="8" w:space="0" w:color="00D9D9" w:themeColor="accent1" w:themeTint="BF"/>
      </w:tblBorders>
    </w:tblPr>
    <w:tcPr>
      <w:shd w:val="clear" w:color="auto" w:fill="9EFFFF" w:themeFill="accent1" w:themeFillTint="3F"/>
    </w:tcPr>
    <w:tblStylePr w:type="firstRow">
      <w:rPr>
        <w:b/>
        <w:bCs/>
      </w:rPr>
    </w:tblStylePr>
    <w:tblStylePr w:type="lastRow">
      <w:rPr>
        <w:b/>
        <w:bCs/>
      </w:rPr>
      <w:tblPr/>
      <w:tcPr>
        <w:tcBorders>
          <w:top w:val="single" w:sz="18" w:space="0" w:color="00D9D9" w:themeColor="accent1" w:themeTint="BF"/>
        </w:tcBorders>
      </w:tcPr>
    </w:tblStylePr>
    <w:tblStylePr w:type="firstCol">
      <w:rPr>
        <w:b/>
        <w:bCs/>
      </w:rPr>
    </w:tblStylePr>
    <w:tblStylePr w:type="lastCol">
      <w:rPr>
        <w:b/>
        <w:bCs/>
      </w:rPr>
    </w:tblStylePr>
    <w:tblStylePr w:type="band1Vert">
      <w:tblPr/>
      <w:tcPr>
        <w:shd w:val="clear" w:color="auto" w:fill="3CFFFF" w:themeFill="accent1" w:themeFillTint="7F"/>
      </w:tcPr>
    </w:tblStylePr>
    <w:tblStylePr w:type="band1Horz">
      <w:tblPr/>
      <w:tcPr>
        <w:shd w:val="clear" w:color="auto" w:fill="3CFFFF" w:themeFill="accent1" w:themeFillTint="7F"/>
      </w:tcPr>
    </w:tblStylePr>
  </w:style>
  <w:style w:type="table" w:styleId="MediumGrid1-Accent2">
    <w:name w:val="Medium Grid 1 Accent 2"/>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ED7E32" w:themeColor="accent2" w:themeTint="BF"/>
        <w:left w:val="single" w:sz="8" w:space="0" w:color="ED7E32" w:themeColor="accent2" w:themeTint="BF"/>
        <w:bottom w:val="single" w:sz="8" w:space="0" w:color="ED7E32" w:themeColor="accent2" w:themeTint="BF"/>
        <w:right w:val="single" w:sz="8" w:space="0" w:color="ED7E32" w:themeColor="accent2" w:themeTint="BF"/>
        <w:insideH w:val="single" w:sz="8" w:space="0" w:color="ED7E32" w:themeColor="accent2" w:themeTint="BF"/>
        <w:insideV w:val="single" w:sz="8" w:space="0" w:color="ED7E32" w:themeColor="accent2" w:themeTint="BF"/>
      </w:tblBorders>
    </w:tblPr>
    <w:tcPr>
      <w:shd w:val="clear" w:color="auto" w:fill="F9D4BB" w:themeFill="accent2" w:themeFillTint="3F"/>
    </w:tcPr>
    <w:tblStylePr w:type="firstRow">
      <w:rPr>
        <w:b/>
        <w:bCs/>
      </w:rPr>
    </w:tblStylePr>
    <w:tblStylePr w:type="lastRow">
      <w:rPr>
        <w:b/>
        <w:bCs/>
      </w:rPr>
      <w:tblPr/>
      <w:tcPr>
        <w:tcBorders>
          <w:top w:val="single" w:sz="18" w:space="0" w:color="ED7E32" w:themeColor="accent2" w:themeTint="BF"/>
        </w:tcBorders>
      </w:tcPr>
    </w:tblStylePr>
    <w:tblStylePr w:type="firstCol">
      <w:rPr>
        <w:b/>
        <w:bCs/>
      </w:rPr>
    </w:tblStylePr>
    <w:tblStylePr w:type="lastCol">
      <w:rPr>
        <w:b/>
        <w:bCs/>
      </w:rPr>
    </w:tblStylePr>
    <w:tblStylePr w:type="band1Vert">
      <w:tblPr/>
      <w:tcPr>
        <w:shd w:val="clear" w:color="auto" w:fill="F3A977" w:themeFill="accent2" w:themeFillTint="7F"/>
      </w:tcPr>
    </w:tblStylePr>
    <w:tblStylePr w:type="band1Horz">
      <w:tblPr/>
      <w:tcPr>
        <w:shd w:val="clear" w:color="auto" w:fill="F3A977" w:themeFill="accent2" w:themeFillTint="7F"/>
      </w:tcPr>
    </w:tblStylePr>
  </w:style>
  <w:style w:type="table" w:styleId="MediumGrid1-Accent3">
    <w:name w:val="Medium Grid 1 Accent 3"/>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FF19C5" w:themeColor="accent4" w:themeTint="BF"/>
        <w:left w:val="single" w:sz="8" w:space="0" w:color="FF19C5" w:themeColor="accent4" w:themeTint="BF"/>
        <w:bottom w:val="single" w:sz="8" w:space="0" w:color="FF19C5" w:themeColor="accent4" w:themeTint="BF"/>
        <w:right w:val="single" w:sz="8" w:space="0" w:color="FF19C5" w:themeColor="accent4" w:themeTint="BF"/>
        <w:insideH w:val="single" w:sz="8" w:space="0" w:color="FF19C5" w:themeColor="accent4" w:themeTint="BF"/>
        <w:insideV w:val="single" w:sz="8" w:space="0" w:color="FF19C5" w:themeColor="accent4" w:themeTint="BF"/>
      </w:tblBorders>
    </w:tblPr>
    <w:tcPr>
      <w:shd w:val="clear" w:color="auto" w:fill="FFB3EC" w:themeFill="accent4" w:themeFillTint="3F"/>
    </w:tcPr>
    <w:tblStylePr w:type="firstRow">
      <w:rPr>
        <w:b/>
        <w:bCs/>
      </w:rPr>
    </w:tblStylePr>
    <w:tblStylePr w:type="lastRow">
      <w:rPr>
        <w:b/>
        <w:bCs/>
      </w:rPr>
      <w:tblPr/>
      <w:tcPr>
        <w:tcBorders>
          <w:top w:val="single" w:sz="18" w:space="0" w:color="FF19C5" w:themeColor="accent4" w:themeTint="BF"/>
        </w:tcBorders>
      </w:tcPr>
    </w:tblStylePr>
    <w:tblStylePr w:type="firstCol">
      <w:rPr>
        <w:b/>
        <w:bCs/>
      </w:rPr>
    </w:tblStylePr>
    <w:tblStylePr w:type="lastCol">
      <w:rPr>
        <w:b/>
        <w:bCs/>
      </w:rPr>
    </w:tblStylePr>
    <w:tblStylePr w:type="band1Vert">
      <w:tblPr/>
      <w:tcPr>
        <w:shd w:val="clear" w:color="auto" w:fill="FF66D8" w:themeFill="accent4" w:themeFillTint="7F"/>
      </w:tcPr>
    </w:tblStylePr>
    <w:tblStylePr w:type="band1Horz">
      <w:tblPr/>
      <w:tcPr>
        <w:shd w:val="clear" w:color="auto" w:fill="FF66D8" w:themeFill="accent4" w:themeFillTint="7F"/>
      </w:tcPr>
    </w:tblStylePr>
  </w:style>
  <w:style w:type="table" w:styleId="MediumGrid1-Accent5">
    <w:name w:val="Medium Grid 1 Accent 5"/>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69068D"/>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7777" w:themeColor="accent1"/>
        <w:left w:val="single" w:sz="8" w:space="0" w:color="007777" w:themeColor="accent1"/>
        <w:bottom w:val="single" w:sz="8" w:space="0" w:color="007777" w:themeColor="accent1"/>
        <w:right w:val="single" w:sz="8" w:space="0" w:color="007777" w:themeColor="accent1"/>
        <w:insideH w:val="single" w:sz="8" w:space="0" w:color="007777" w:themeColor="accent1"/>
        <w:insideV w:val="single" w:sz="8" w:space="0" w:color="007777" w:themeColor="accent1"/>
      </w:tblBorders>
    </w:tblPr>
    <w:tcPr>
      <w:shd w:val="clear" w:color="auto" w:fill="9EFFFF" w:themeFill="accent1" w:themeFillTint="3F"/>
    </w:tcPr>
    <w:tblStylePr w:type="firstRow">
      <w:rPr>
        <w:b/>
        <w:bCs/>
        <w:color w:val="000000" w:themeColor="text1"/>
      </w:rPr>
      <w:tblPr/>
      <w:tcPr>
        <w:shd w:val="clear" w:color="auto" w:fill="D8FF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FFFF" w:themeFill="accent1" w:themeFillTint="33"/>
      </w:tcPr>
    </w:tblStylePr>
    <w:tblStylePr w:type="band1Vert">
      <w:tblPr/>
      <w:tcPr>
        <w:shd w:val="clear" w:color="auto" w:fill="3CFFFF" w:themeFill="accent1" w:themeFillTint="7F"/>
      </w:tcPr>
    </w:tblStylePr>
    <w:tblStylePr w:type="band1Horz">
      <w:tblPr/>
      <w:tcPr>
        <w:tcBorders>
          <w:insideH w:val="single" w:sz="6" w:space="0" w:color="007777" w:themeColor="accent1"/>
          <w:insideV w:val="single" w:sz="6" w:space="0" w:color="007777" w:themeColor="accent1"/>
        </w:tcBorders>
        <w:shd w:val="clear" w:color="auto" w:fill="3CFF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55A11" w:themeColor="accent2"/>
        <w:left w:val="single" w:sz="8" w:space="0" w:color="C55A11" w:themeColor="accent2"/>
        <w:bottom w:val="single" w:sz="8" w:space="0" w:color="C55A11" w:themeColor="accent2"/>
        <w:right w:val="single" w:sz="8" w:space="0" w:color="C55A11" w:themeColor="accent2"/>
        <w:insideH w:val="single" w:sz="8" w:space="0" w:color="C55A11" w:themeColor="accent2"/>
        <w:insideV w:val="single" w:sz="8" w:space="0" w:color="C55A11" w:themeColor="accent2"/>
      </w:tblBorders>
    </w:tblPr>
    <w:tcPr>
      <w:shd w:val="clear" w:color="auto" w:fill="F9D4BB" w:themeFill="accent2" w:themeFillTint="3F"/>
    </w:tcPr>
    <w:tblStylePr w:type="firstRow">
      <w:rPr>
        <w:b/>
        <w:bCs/>
        <w:color w:val="000000" w:themeColor="text1"/>
      </w:rPr>
      <w:tblPr/>
      <w:tcPr>
        <w:shd w:val="clear" w:color="auto" w:fill="FCED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8" w:themeFill="accent2" w:themeFillTint="33"/>
      </w:tcPr>
    </w:tblStylePr>
    <w:tblStylePr w:type="band1Vert">
      <w:tblPr/>
      <w:tcPr>
        <w:shd w:val="clear" w:color="auto" w:fill="F3A977" w:themeFill="accent2" w:themeFillTint="7F"/>
      </w:tcPr>
    </w:tblStylePr>
    <w:tblStylePr w:type="band1Horz">
      <w:tblPr/>
      <w:tcPr>
        <w:tcBorders>
          <w:insideH w:val="single" w:sz="6" w:space="0" w:color="C55A11" w:themeColor="accent2"/>
          <w:insideV w:val="single" w:sz="6" w:space="0" w:color="C55A11" w:themeColor="accent2"/>
        </w:tcBorders>
        <w:shd w:val="clear" w:color="auto" w:fill="F3A97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000000" w:themeColor="text1"/>
      </w:rPr>
      <w:tblPr/>
      <w:tcPr>
        <w:shd w:val="clear" w:color="auto" w:fill="DFF1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C0099" w:themeColor="accent4"/>
        <w:left w:val="single" w:sz="8" w:space="0" w:color="CC0099" w:themeColor="accent4"/>
        <w:bottom w:val="single" w:sz="8" w:space="0" w:color="CC0099" w:themeColor="accent4"/>
        <w:right w:val="single" w:sz="8" w:space="0" w:color="CC0099" w:themeColor="accent4"/>
        <w:insideH w:val="single" w:sz="8" w:space="0" w:color="CC0099" w:themeColor="accent4"/>
        <w:insideV w:val="single" w:sz="8" w:space="0" w:color="CC0099" w:themeColor="accent4"/>
      </w:tblBorders>
    </w:tblPr>
    <w:tcPr>
      <w:shd w:val="clear" w:color="auto" w:fill="FFB3EC" w:themeFill="accent4" w:themeFillTint="3F"/>
    </w:tcPr>
    <w:tblStylePr w:type="firstRow">
      <w:rPr>
        <w:b/>
        <w:bCs/>
        <w:color w:val="000000" w:themeColor="text1"/>
      </w:rPr>
      <w:tblPr/>
      <w:tcPr>
        <w:shd w:val="clear" w:color="auto" w:fill="FFE1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1EF" w:themeFill="accent4" w:themeFillTint="33"/>
      </w:tcPr>
    </w:tblStylePr>
    <w:tblStylePr w:type="band1Vert">
      <w:tblPr/>
      <w:tcPr>
        <w:shd w:val="clear" w:color="auto" w:fill="FF66D8" w:themeFill="accent4" w:themeFillTint="7F"/>
      </w:tcPr>
    </w:tblStylePr>
    <w:tblStylePr w:type="band1Horz">
      <w:tblPr/>
      <w:tcPr>
        <w:tcBorders>
          <w:insideH w:val="single" w:sz="6" w:space="0" w:color="CC0099" w:themeColor="accent4"/>
          <w:insideV w:val="single" w:sz="6" w:space="0" w:color="CC0099" w:themeColor="accent4"/>
        </w:tcBorders>
        <w:shd w:val="clear" w:color="auto" w:fill="FF66D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9068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FF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7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7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7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7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CF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CFFFF" w:themeFill="accent1" w:themeFillTint="7F"/>
      </w:tcPr>
    </w:tblStylePr>
  </w:style>
  <w:style w:type="table" w:styleId="MediumGrid3-Accent2">
    <w:name w:val="Medium Grid 3 Accent 2"/>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4B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55A1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55A1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55A1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55A1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97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977" w:themeFill="accent2" w:themeFillTint="7F"/>
      </w:tcPr>
    </w:tblStylePr>
  </w:style>
  <w:style w:type="table" w:styleId="MediumGrid3-Accent3">
    <w:name w:val="Medium Grid 3 Accent 3"/>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3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009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009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009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009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6D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6D8" w:themeFill="accent4" w:themeFillTint="7F"/>
      </w:tcPr>
    </w:tblStylePr>
  </w:style>
  <w:style w:type="table" w:styleId="MediumGrid3-Accent5">
    <w:name w:val="Medium Grid 3 Accent 5"/>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69068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0077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B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9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959" w:themeFill="accent1" w:themeFillShade="BF"/>
      </w:tcPr>
    </w:tblStylePr>
    <w:tblStylePr w:type="band1Vert">
      <w:tblPr/>
      <w:tcPr>
        <w:tcBorders>
          <w:top w:val="nil"/>
          <w:left w:val="nil"/>
          <w:bottom w:val="nil"/>
          <w:right w:val="nil"/>
          <w:insideH w:val="nil"/>
          <w:insideV w:val="nil"/>
        </w:tcBorders>
        <w:shd w:val="clear" w:color="auto" w:fill="005959" w:themeFill="accent1" w:themeFillShade="BF"/>
      </w:tcPr>
    </w:tblStylePr>
    <w:tblStylePr w:type="band1Horz">
      <w:tblPr/>
      <w:tcPr>
        <w:tcBorders>
          <w:top w:val="nil"/>
          <w:left w:val="nil"/>
          <w:bottom w:val="nil"/>
          <w:right w:val="nil"/>
          <w:insideH w:val="nil"/>
          <w:insideV w:val="nil"/>
        </w:tcBorders>
        <w:shd w:val="clear" w:color="auto" w:fill="005959" w:themeFill="accent1" w:themeFillShade="BF"/>
      </w:tcPr>
    </w:tblStylePr>
  </w:style>
  <w:style w:type="table" w:styleId="DarkList-Accent2">
    <w:name w:val="Dark List Accent 2"/>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C55A1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2C0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3430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3430C" w:themeFill="accent2" w:themeFillShade="BF"/>
      </w:tcPr>
    </w:tblStylePr>
    <w:tblStylePr w:type="band1Vert">
      <w:tblPr/>
      <w:tcPr>
        <w:tcBorders>
          <w:top w:val="nil"/>
          <w:left w:val="nil"/>
          <w:bottom w:val="nil"/>
          <w:right w:val="nil"/>
          <w:insideH w:val="nil"/>
          <w:insideV w:val="nil"/>
        </w:tcBorders>
        <w:shd w:val="clear" w:color="auto" w:fill="93430C" w:themeFill="accent2" w:themeFillShade="BF"/>
      </w:tcPr>
    </w:tblStylePr>
    <w:tblStylePr w:type="band1Horz">
      <w:tblPr/>
      <w:tcPr>
        <w:tcBorders>
          <w:top w:val="nil"/>
          <w:left w:val="nil"/>
          <w:bottom w:val="nil"/>
          <w:right w:val="nil"/>
          <w:insideH w:val="nil"/>
          <w:insideV w:val="nil"/>
        </w:tcBorders>
        <w:shd w:val="clear" w:color="auto" w:fill="93430C" w:themeFill="accent2" w:themeFillShade="BF"/>
      </w:tcPr>
    </w:tblStylePr>
  </w:style>
  <w:style w:type="table" w:styleId="DarkList-Accent3">
    <w:name w:val="Dark List Accent 3"/>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CC009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00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8007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80072" w:themeFill="accent4" w:themeFillShade="BF"/>
      </w:tcPr>
    </w:tblStylePr>
    <w:tblStylePr w:type="band1Vert">
      <w:tblPr/>
      <w:tcPr>
        <w:tcBorders>
          <w:top w:val="nil"/>
          <w:left w:val="nil"/>
          <w:bottom w:val="nil"/>
          <w:right w:val="nil"/>
          <w:insideH w:val="nil"/>
          <w:insideV w:val="nil"/>
        </w:tcBorders>
        <w:shd w:val="clear" w:color="auto" w:fill="980072" w:themeFill="accent4" w:themeFillShade="BF"/>
      </w:tcPr>
    </w:tblStylePr>
    <w:tblStylePr w:type="band1Horz">
      <w:tblPr/>
      <w:tcPr>
        <w:tcBorders>
          <w:top w:val="nil"/>
          <w:left w:val="nil"/>
          <w:bottom w:val="nil"/>
          <w:right w:val="nil"/>
          <w:insideH w:val="nil"/>
          <w:insideV w:val="nil"/>
        </w:tcBorders>
        <w:shd w:val="clear" w:color="auto" w:fill="980072" w:themeFill="accent4" w:themeFillShade="BF"/>
      </w:tcPr>
    </w:tblStylePr>
  </w:style>
  <w:style w:type="table" w:styleId="DarkList-Accent5">
    <w:name w:val="Dark List Accent 5"/>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69068D"/>
    <w:pPr>
      <w:spacing w:after="0" w:line="240" w:lineRule="auto"/>
    </w:pPr>
    <w:rPr>
      <w:rFonts w:eastAsiaTheme="minorEastAsia"/>
      <w:color w:val="FFFFFF" w:themeColor="background1"/>
      <w:lang w:val="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C55A1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55A1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C55A11" w:themeColor="accent2"/>
        <w:left w:val="single" w:sz="4" w:space="0" w:color="007777" w:themeColor="accent1"/>
        <w:bottom w:val="single" w:sz="4" w:space="0" w:color="007777" w:themeColor="accent1"/>
        <w:right w:val="single" w:sz="4" w:space="0" w:color="007777" w:themeColor="accent1"/>
        <w:insideH w:val="single" w:sz="4" w:space="0" w:color="FFFFFF" w:themeColor="background1"/>
        <w:insideV w:val="single" w:sz="4" w:space="0" w:color="FFFFFF" w:themeColor="background1"/>
      </w:tblBorders>
    </w:tblPr>
    <w:tcPr>
      <w:shd w:val="clear" w:color="auto" w:fill="D8FFFF" w:themeFill="accent1" w:themeFillTint="19"/>
    </w:tcPr>
    <w:tblStylePr w:type="firstRow">
      <w:rPr>
        <w:b/>
        <w:bCs/>
      </w:rPr>
      <w:tblPr/>
      <w:tcPr>
        <w:tcBorders>
          <w:top w:val="nil"/>
          <w:left w:val="nil"/>
          <w:bottom w:val="single" w:sz="24" w:space="0" w:color="C55A1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747" w:themeFill="accent1" w:themeFillShade="99"/>
      </w:tcPr>
    </w:tblStylePr>
    <w:tblStylePr w:type="firstCol">
      <w:rPr>
        <w:color w:val="FFFFFF" w:themeColor="background1"/>
      </w:rPr>
      <w:tblPr/>
      <w:tcPr>
        <w:tcBorders>
          <w:top w:val="nil"/>
          <w:left w:val="nil"/>
          <w:bottom w:val="nil"/>
          <w:right w:val="nil"/>
          <w:insideH w:val="single" w:sz="4" w:space="0" w:color="004747" w:themeColor="accent1" w:themeShade="99"/>
          <w:insideV w:val="nil"/>
        </w:tcBorders>
        <w:shd w:val="clear" w:color="auto" w:fill="0047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747" w:themeFill="accent1" w:themeFillShade="99"/>
      </w:tcPr>
    </w:tblStylePr>
    <w:tblStylePr w:type="band1Vert">
      <w:tblPr/>
      <w:tcPr>
        <w:shd w:val="clear" w:color="auto" w:fill="62FFFF" w:themeFill="accent1" w:themeFillTint="66"/>
      </w:tcPr>
    </w:tblStylePr>
    <w:tblStylePr w:type="band1Horz">
      <w:tblPr/>
      <w:tcPr>
        <w:shd w:val="clear" w:color="auto" w:fill="3CFF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C55A11" w:themeColor="accent2"/>
        <w:left w:val="single" w:sz="4" w:space="0" w:color="C55A11" w:themeColor="accent2"/>
        <w:bottom w:val="single" w:sz="4" w:space="0" w:color="C55A11" w:themeColor="accent2"/>
        <w:right w:val="single" w:sz="4" w:space="0" w:color="C55A11" w:themeColor="accent2"/>
        <w:insideH w:val="single" w:sz="4" w:space="0" w:color="FFFFFF" w:themeColor="background1"/>
        <w:insideV w:val="single" w:sz="4" w:space="0" w:color="FFFFFF" w:themeColor="background1"/>
      </w:tblBorders>
    </w:tblPr>
    <w:tcPr>
      <w:shd w:val="clear" w:color="auto" w:fill="FCEDE4" w:themeFill="accent2" w:themeFillTint="19"/>
    </w:tcPr>
    <w:tblStylePr w:type="firstRow">
      <w:rPr>
        <w:b/>
        <w:bCs/>
      </w:rPr>
      <w:tblPr/>
      <w:tcPr>
        <w:tcBorders>
          <w:top w:val="nil"/>
          <w:left w:val="nil"/>
          <w:bottom w:val="single" w:sz="24" w:space="0" w:color="C55A1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350A" w:themeFill="accent2" w:themeFillShade="99"/>
      </w:tcPr>
    </w:tblStylePr>
    <w:tblStylePr w:type="firstCol">
      <w:rPr>
        <w:color w:val="FFFFFF" w:themeColor="background1"/>
      </w:rPr>
      <w:tblPr/>
      <w:tcPr>
        <w:tcBorders>
          <w:top w:val="nil"/>
          <w:left w:val="nil"/>
          <w:bottom w:val="nil"/>
          <w:right w:val="nil"/>
          <w:insideH w:val="single" w:sz="4" w:space="0" w:color="76350A" w:themeColor="accent2" w:themeShade="99"/>
          <w:insideV w:val="nil"/>
        </w:tcBorders>
        <w:shd w:val="clear" w:color="auto" w:fill="76350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6350A" w:themeFill="accent2" w:themeFillShade="99"/>
      </w:tcPr>
    </w:tblStylePr>
    <w:tblStylePr w:type="band1Vert">
      <w:tblPr/>
      <w:tcPr>
        <w:shd w:val="clear" w:color="auto" w:fill="F5BA91" w:themeFill="accent2" w:themeFillTint="66"/>
      </w:tcPr>
    </w:tblStylePr>
    <w:tblStylePr w:type="band1Horz">
      <w:tblPr/>
      <w:tcPr>
        <w:shd w:val="clear" w:color="auto" w:fill="F3A97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CC0099"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CC009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0070C0" w:themeColor="accent3"/>
        <w:left w:val="single" w:sz="4" w:space="0" w:color="CC0099" w:themeColor="accent4"/>
        <w:bottom w:val="single" w:sz="4" w:space="0" w:color="CC0099" w:themeColor="accent4"/>
        <w:right w:val="single" w:sz="4" w:space="0" w:color="CC0099" w:themeColor="accent4"/>
        <w:insideH w:val="single" w:sz="4" w:space="0" w:color="FFFFFF" w:themeColor="background1"/>
        <w:insideV w:val="single" w:sz="4" w:space="0" w:color="FFFFFF" w:themeColor="background1"/>
      </w:tblBorders>
    </w:tblPr>
    <w:tcPr>
      <w:shd w:val="clear" w:color="auto" w:fill="FFE1F7"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005B" w:themeFill="accent4" w:themeFillShade="99"/>
      </w:tcPr>
    </w:tblStylePr>
    <w:tblStylePr w:type="firstCol">
      <w:rPr>
        <w:color w:val="FFFFFF" w:themeColor="background1"/>
      </w:rPr>
      <w:tblPr/>
      <w:tcPr>
        <w:tcBorders>
          <w:top w:val="nil"/>
          <w:left w:val="nil"/>
          <w:bottom w:val="nil"/>
          <w:right w:val="nil"/>
          <w:insideH w:val="single" w:sz="4" w:space="0" w:color="7A005B" w:themeColor="accent4" w:themeShade="99"/>
          <w:insideV w:val="nil"/>
        </w:tcBorders>
        <w:shd w:val="clear" w:color="auto" w:fill="7A005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A005B" w:themeFill="accent4" w:themeFillShade="99"/>
      </w:tcPr>
    </w:tblStylePr>
    <w:tblStylePr w:type="band1Vert">
      <w:tblPr/>
      <w:tcPr>
        <w:shd w:val="clear" w:color="auto" w:fill="FF84E0" w:themeFill="accent4" w:themeFillTint="66"/>
      </w:tcPr>
    </w:tblStylePr>
    <w:tblStylePr w:type="band1Horz">
      <w:tblPr/>
      <w:tcPr>
        <w:shd w:val="clear" w:color="auto" w:fill="FF66D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9068D"/>
    <w:pPr>
      <w:spacing w:after="0" w:line="240" w:lineRule="auto"/>
    </w:pPr>
    <w:rPr>
      <w:rFonts w:eastAsiaTheme="minorEastAsia"/>
      <w:color w:val="000000" w:themeColor="text1"/>
      <w:lang w:val="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D470D" w:themeFill="accent2" w:themeFillShade="CC"/>
      </w:tcPr>
    </w:tblStylePr>
    <w:tblStylePr w:type="lastRow">
      <w:rPr>
        <w:b/>
        <w:bCs/>
        <w:color w:val="9D470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D8FFFF" w:themeFill="accent1" w:themeFillTint="19"/>
    </w:tcPr>
    <w:tblStylePr w:type="firstRow">
      <w:rPr>
        <w:b/>
        <w:bCs/>
        <w:color w:val="FFFFFF" w:themeColor="background1"/>
      </w:rPr>
      <w:tblPr/>
      <w:tcPr>
        <w:tcBorders>
          <w:bottom w:val="single" w:sz="12" w:space="0" w:color="FFFFFF" w:themeColor="background1"/>
        </w:tcBorders>
        <w:shd w:val="clear" w:color="auto" w:fill="9D470D" w:themeFill="accent2" w:themeFillShade="CC"/>
      </w:tcPr>
    </w:tblStylePr>
    <w:tblStylePr w:type="lastRow">
      <w:rPr>
        <w:b/>
        <w:bCs/>
        <w:color w:val="9D470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FFFF" w:themeFill="accent1" w:themeFillTint="3F"/>
      </w:tcPr>
    </w:tblStylePr>
    <w:tblStylePr w:type="band1Horz">
      <w:tblPr/>
      <w:tcPr>
        <w:shd w:val="clear" w:color="auto" w:fill="B0FFFF" w:themeFill="accent1" w:themeFillTint="33"/>
      </w:tcPr>
    </w:tblStylePr>
  </w:style>
  <w:style w:type="table" w:styleId="ColorfulList-Accent2">
    <w:name w:val="Colorful List Accent 2"/>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FCEDE4" w:themeFill="accent2" w:themeFillTint="19"/>
    </w:tcPr>
    <w:tblStylePr w:type="firstRow">
      <w:rPr>
        <w:b/>
        <w:bCs/>
        <w:color w:val="FFFFFF" w:themeColor="background1"/>
      </w:rPr>
      <w:tblPr/>
      <w:tcPr>
        <w:tcBorders>
          <w:bottom w:val="single" w:sz="12" w:space="0" w:color="FFFFFF" w:themeColor="background1"/>
        </w:tcBorders>
        <w:shd w:val="clear" w:color="auto" w:fill="9D470D" w:themeFill="accent2" w:themeFillShade="CC"/>
      </w:tcPr>
    </w:tblStylePr>
    <w:tblStylePr w:type="lastRow">
      <w:rPr>
        <w:b/>
        <w:bCs/>
        <w:color w:val="9D470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4BB" w:themeFill="accent2" w:themeFillTint="3F"/>
      </w:tcPr>
    </w:tblStylePr>
    <w:tblStylePr w:type="band1Horz">
      <w:tblPr/>
      <w:tcPr>
        <w:shd w:val="clear" w:color="auto" w:fill="FADCC8" w:themeFill="accent2" w:themeFillTint="33"/>
      </w:tcPr>
    </w:tblStylePr>
  </w:style>
  <w:style w:type="table" w:styleId="ColorfulList-Accent3">
    <w:name w:val="Colorful List Accent 3"/>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A3007A" w:themeFill="accent4" w:themeFillShade="CC"/>
      </w:tcPr>
    </w:tblStylePr>
    <w:tblStylePr w:type="lastRow">
      <w:rPr>
        <w:b/>
        <w:bCs/>
        <w:color w:val="A3007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FFE1F7"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3EC" w:themeFill="accent4" w:themeFillTint="3F"/>
      </w:tcPr>
    </w:tblStylePr>
    <w:tblStylePr w:type="band1Horz">
      <w:tblPr/>
      <w:tcPr>
        <w:shd w:val="clear" w:color="auto" w:fill="FFC1EF" w:themeFill="accent4" w:themeFillTint="33"/>
      </w:tcPr>
    </w:tblStylePr>
  </w:style>
  <w:style w:type="table" w:styleId="ColorfulList-Accent5">
    <w:name w:val="Colorful List Accent 5"/>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69068D"/>
    <w:pPr>
      <w:spacing w:after="0" w:line="240" w:lineRule="auto"/>
    </w:pPr>
    <w:rPr>
      <w:rFonts w:eastAsiaTheme="minorEastAsia"/>
      <w:color w:val="000000" w:themeColor="text1"/>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B0FFFF" w:themeFill="accent1" w:themeFillTint="33"/>
    </w:tcPr>
    <w:tblStylePr w:type="firstRow">
      <w:rPr>
        <w:b/>
        <w:bCs/>
      </w:rPr>
      <w:tblPr/>
      <w:tcPr>
        <w:shd w:val="clear" w:color="auto" w:fill="62FFFF" w:themeFill="accent1" w:themeFillTint="66"/>
      </w:tcPr>
    </w:tblStylePr>
    <w:tblStylePr w:type="lastRow">
      <w:rPr>
        <w:b/>
        <w:bCs/>
        <w:color w:val="000000" w:themeColor="text1"/>
      </w:rPr>
      <w:tblPr/>
      <w:tcPr>
        <w:shd w:val="clear" w:color="auto" w:fill="62FFFF" w:themeFill="accent1" w:themeFillTint="66"/>
      </w:tcPr>
    </w:tblStylePr>
    <w:tblStylePr w:type="firstCol">
      <w:rPr>
        <w:color w:val="FFFFFF" w:themeColor="background1"/>
      </w:rPr>
      <w:tblPr/>
      <w:tcPr>
        <w:shd w:val="clear" w:color="auto" w:fill="005959" w:themeFill="accent1" w:themeFillShade="BF"/>
      </w:tcPr>
    </w:tblStylePr>
    <w:tblStylePr w:type="lastCol">
      <w:rPr>
        <w:color w:val="FFFFFF" w:themeColor="background1"/>
      </w:rPr>
      <w:tblPr/>
      <w:tcPr>
        <w:shd w:val="clear" w:color="auto" w:fill="005959" w:themeFill="accent1" w:themeFillShade="BF"/>
      </w:tcPr>
    </w:tblStylePr>
    <w:tblStylePr w:type="band1Vert">
      <w:tblPr/>
      <w:tcPr>
        <w:shd w:val="clear" w:color="auto" w:fill="3CFFFF" w:themeFill="accent1" w:themeFillTint="7F"/>
      </w:tcPr>
    </w:tblStylePr>
    <w:tblStylePr w:type="band1Horz">
      <w:tblPr/>
      <w:tcPr>
        <w:shd w:val="clear" w:color="auto" w:fill="3CFFFF" w:themeFill="accent1" w:themeFillTint="7F"/>
      </w:tcPr>
    </w:tblStylePr>
  </w:style>
  <w:style w:type="table" w:styleId="ColorfulGrid-Accent2">
    <w:name w:val="Colorful Grid Accent 2"/>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ADCC8" w:themeFill="accent2" w:themeFillTint="33"/>
    </w:tcPr>
    <w:tblStylePr w:type="firstRow">
      <w:rPr>
        <w:b/>
        <w:bCs/>
      </w:rPr>
      <w:tblPr/>
      <w:tcPr>
        <w:shd w:val="clear" w:color="auto" w:fill="F5BA91" w:themeFill="accent2" w:themeFillTint="66"/>
      </w:tcPr>
    </w:tblStylePr>
    <w:tblStylePr w:type="lastRow">
      <w:rPr>
        <w:b/>
        <w:bCs/>
        <w:color w:val="000000" w:themeColor="text1"/>
      </w:rPr>
      <w:tblPr/>
      <w:tcPr>
        <w:shd w:val="clear" w:color="auto" w:fill="F5BA91" w:themeFill="accent2" w:themeFillTint="66"/>
      </w:tcPr>
    </w:tblStylePr>
    <w:tblStylePr w:type="firstCol">
      <w:rPr>
        <w:color w:val="FFFFFF" w:themeColor="background1"/>
      </w:rPr>
      <w:tblPr/>
      <w:tcPr>
        <w:shd w:val="clear" w:color="auto" w:fill="93430C" w:themeFill="accent2" w:themeFillShade="BF"/>
      </w:tcPr>
    </w:tblStylePr>
    <w:tblStylePr w:type="lastCol">
      <w:rPr>
        <w:color w:val="FFFFFF" w:themeColor="background1"/>
      </w:rPr>
      <w:tblPr/>
      <w:tcPr>
        <w:shd w:val="clear" w:color="auto" w:fill="93430C" w:themeFill="accent2" w:themeFillShade="BF"/>
      </w:tcPr>
    </w:tblStylePr>
    <w:tblStylePr w:type="band1Vert">
      <w:tblPr/>
      <w:tcPr>
        <w:shd w:val="clear" w:color="auto" w:fill="F3A977" w:themeFill="accent2" w:themeFillTint="7F"/>
      </w:tcPr>
    </w:tblStylePr>
    <w:tblStylePr w:type="band1Horz">
      <w:tblPr/>
      <w:tcPr>
        <w:shd w:val="clear" w:color="auto" w:fill="F3A977" w:themeFill="accent2" w:themeFillTint="7F"/>
      </w:tcPr>
    </w:tblStylePr>
  </w:style>
  <w:style w:type="table" w:styleId="ColorfulGrid-Accent3">
    <w:name w:val="Colorful Grid Accent 3"/>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00000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FC1EF" w:themeFill="accent4" w:themeFillTint="33"/>
    </w:tcPr>
    <w:tblStylePr w:type="firstRow">
      <w:rPr>
        <w:b/>
        <w:bCs/>
      </w:rPr>
      <w:tblPr/>
      <w:tcPr>
        <w:shd w:val="clear" w:color="auto" w:fill="FF84E0" w:themeFill="accent4" w:themeFillTint="66"/>
      </w:tcPr>
    </w:tblStylePr>
    <w:tblStylePr w:type="lastRow">
      <w:rPr>
        <w:b/>
        <w:bCs/>
        <w:color w:val="000000" w:themeColor="text1"/>
      </w:rPr>
      <w:tblPr/>
      <w:tcPr>
        <w:shd w:val="clear" w:color="auto" w:fill="FF84E0" w:themeFill="accent4" w:themeFillTint="66"/>
      </w:tcPr>
    </w:tblStylePr>
    <w:tblStylePr w:type="firstCol">
      <w:rPr>
        <w:color w:val="FFFFFF" w:themeColor="background1"/>
      </w:rPr>
      <w:tblPr/>
      <w:tcPr>
        <w:shd w:val="clear" w:color="auto" w:fill="980072" w:themeFill="accent4" w:themeFillShade="BF"/>
      </w:tcPr>
    </w:tblStylePr>
    <w:tblStylePr w:type="lastCol">
      <w:rPr>
        <w:color w:val="FFFFFF" w:themeColor="background1"/>
      </w:rPr>
      <w:tblPr/>
      <w:tcPr>
        <w:shd w:val="clear" w:color="auto" w:fill="980072" w:themeFill="accent4" w:themeFillShade="BF"/>
      </w:tcPr>
    </w:tblStylePr>
    <w:tblStylePr w:type="band1Vert">
      <w:tblPr/>
      <w:tcPr>
        <w:shd w:val="clear" w:color="auto" w:fill="FF66D8" w:themeFill="accent4" w:themeFillTint="7F"/>
      </w:tcPr>
    </w:tblStylePr>
    <w:tblStylePr w:type="band1Horz">
      <w:tblPr/>
      <w:tcPr>
        <w:shd w:val="clear" w:color="auto" w:fill="FF66D8" w:themeFill="accent4" w:themeFillTint="7F"/>
      </w:tcPr>
    </w:tblStylePr>
  </w:style>
  <w:style w:type="table" w:styleId="ColorfulGrid-Accent5">
    <w:name w:val="Colorful Grid Accent 5"/>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69068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2FAF-D205-4FF0-866B-C86E4971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295</Words>
  <Characters>1686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DUNCAN, Mike (BRISDOC HEALTHCARE SERVICES OOH)</cp:lastModifiedBy>
  <cp:revision>3</cp:revision>
  <cp:lastPrinted>2022-02-09T17:27:00Z</cp:lastPrinted>
  <dcterms:created xsi:type="dcterms:W3CDTF">2026-07-22T08:19:00Z</dcterms:created>
  <dcterms:modified xsi:type="dcterms:W3CDTF">2026-07-22T08:24:00Z</dcterms:modified>
</cp:coreProperties>
</file>