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1D34E" w14:textId="50D8271D" w:rsidR="0069068D" w:rsidRPr="00E459CD" w:rsidRDefault="0069068D" w:rsidP="009E5C16">
      <w:pPr>
        <w:pStyle w:val="Heading1"/>
      </w:pPr>
      <w:bookmarkStart w:id="0" w:name="_Toc232511174"/>
      <w:bookmarkStart w:id="1" w:name="_Toc232511292"/>
      <w:r w:rsidRPr="00E459CD">
        <w:t xml:space="preserve">Work Experience </w:t>
      </w:r>
      <w:bookmarkStart w:id="2" w:name="_Toc232511177"/>
      <w:bookmarkStart w:id="3" w:name="_Toc232511295"/>
      <w:bookmarkEnd w:id="0"/>
      <w:bookmarkEnd w:id="1"/>
      <w:r w:rsidRPr="00E459CD">
        <w:t>Daily Diary and Reflection Log</w:t>
      </w:r>
      <w:bookmarkEnd w:id="2"/>
      <w:bookmarkEnd w:id="3"/>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6"/>
        <w:gridCol w:w="2552"/>
        <w:gridCol w:w="2554"/>
        <w:gridCol w:w="2552"/>
      </w:tblGrid>
      <w:tr w:rsidR="0069068D" w:rsidRPr="00E459CD" w14:paraId="2FB1FD1E" w14:textId="77777777" w:rsidTr="00A90DFA">
        <w:trPr>
          <w:jc w:val="center"/>
        </w:trPr>
        <w:tc>
          <w:tcPr>
            <w:tcW w:w="2556" w:type="dxa"/>
            <w:shd w:val="clear" w:color="auto" w:fill="E6F2F2"/>
            <w:vAlign w:val="center"/>
          </w:tcPr>
          <w:p w14:paraId="04B43081" w14:textId="77777777" w:rsidR="0069068D" w:rsidRPr="00E459CD" w:rsidRDefault="0069068D" w:rsidP="0069068D">
            <w:pPr>
              <w:rPr>
                <w:rFonts w:ascii="Aptos" w:hAnsi="Aptos"/>
              </w:rPr>
            </w:pPr>
            <w:r w:rsidRPr="00E459CD">
              <w:rPr>
                <w:rFonts w:ascii="Aptos" w:hAnsi="Aptos"/>
                <w:b/>
              </w:rPr>
              <w:t>Participant name</w:t>
            </w:r>
          </w:p>
        </w:tc>
        <w:tc>
          <w:tcPr>
            <w:tcW w:w="2556" w:type="dxa"/>
            <w:vAlign w:val="center"/>
          </w:tcPr>
          <w:p w14:paraId="0FB57E30"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40B6A931" w14:textId="77777777" w:rsidR="0069068D" w:rsidRPr="00E459CD" w:rsidRDefault="0069068D" w:rsidP="0069068D">
            <w:pPr>
              <w:rPr>
                <w:rFonts w:ascii="Aptos" w:hAnsi="Aptos"/>
              </w:rPr>
            </w:pPr>
            <w:r w:rsidRPr="00E459CD">
              <w:rPr>
                <w:rFonts w:ascii="Aptos" w:hAnsi="Aptos"/>
                <w:b/>
              </w:rPr>
              <w:t>Placement dates</w:t>
            </w:r>
          </w:p>
        </w:tc>
        <w:tc>
          <w:tcPr>
            <w:tcW w:w="2556" w:type="dxa"/>
            <w:vAlign w:val="center"/>
          </w:tcPr>
          <w:p w14:paraId="3A8587A8"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841DF85" w14:textId="77777777" w:rsidTr="00A90DFA">
        <w:trPr>
          <w:jc w:val="center"/>
        </w:trPr>
        <w:tc>
          <w:tcPr>
            <w:tcW w:w="2556" w:type="dxa"/>
            <w:shd w:val="clear" w:color="auto" w:fill="E6F2F2"/>
            <w:vAlign w:val="center"/>
          </w:tcPr>
          <w:p w14:paraId="5A482D81" w14:textId="77777777" w:rsidR="0069068D" w:rsidRPr="00E459CD" w:rsidRDefault="0069068D" w:rsidP="0069068D">
            <w:pPr>
              <w:rPr>
                <w:rFonts w:ascii="Aptos" w:hAnsi="Aptos"/>
              </w:rPr>
            </w:pPr>
            <w:r w:rsidRPr="00E459CD">
              <w:rPr>
                <w:rFonts w:ascii="Aptos" w:hAnsi="Aptos"/>
                <w:b/>
              </w:rPr>
              <w:t>Location/service</w:t>
            </w:r>
          </w:p>
        </w:tc>
        <w:tc>
          <w:tcPr>
            <w:tcW w:w="2556" w:type="dxa"/>
            <w:vAlign w:val="center"/>
          </w:tcPr>
          <w:p w14:paraId="1E06A441"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7FD804C9" w14:textId="77777777" w:rsidR="0069068D" w:rsidRPr="00E459CD" w:rsidRDefault="0069068D" w:rsidP="0069068D">
            <w:pPr>
              <w:rPr>
                <w:rFonts w:ascii="Aptos" w:hAnsi="Aptos"/>
              </w:rPr>
            </w:pPr>
            <w:r w:rsidRPr="00E459CD">
              <w:rPr>
                <w:rFonts w:ascii="Aptos" w:hAnsi="Aptos"/>
                <w:b/>
              </w:rPr>
              <w:t>Hosting manager</w:t>
            </w:r>
          </w:p>
        </w:tc>
        <w:tc>
          <w:tcPr>
            <w:tcW w:w="2556" w:type="dxa"/>
            <w:vAlign w:val="center"/>
          </w:tcPr>
          <w:p w14:paraId="1D3C958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F489A6B" w14:textId="77777777" w:rsidTr="00A90DFA">
        <w:trPr>
          <w:jc w:val="center"/>
        </w:trPr>
        <w:tc>
          <w:tcPr>
            <w:tcW w:w="2556" w:type="dxa"/>
            <w:shd w:val="clear" w:color="auto" w:fill="E6F2F2"/>
            <w:vAlign w:val="center"/>
          </w:tcPr>
          <w:p w14:paraId="5228CBFB" w14:textId="77777777" w:rsidR="0069068D" w:rsidRPr="00E459CD" w:rsidRDefault="0069068D" w:rsidP="0069068D">
            <w:pPr>
              <w:rPr>
                <w:rFonts w:ascii="Aptos" w:hAnsi="Aptos"/>
              </w:rPr>
            </w:pPr>
            <w:r w:rsidRPr="00E459CD">
              <w:rPr>
                <w:rFonts w:ascii="Aptos" w:hAnsi="Aptos"/>
                <w:b/>
              </w:rPr>
              <w:t>Named supervisor</w:t>
            </w:r>
          </w:p>
        </w:tc>
        <w:tc>
          <w:tcPr>
            <w:tcW w:w="2556" w:type="dxa"/>
            <w:vAlign w:val="center"/>
          </w:tcPr>
          <w:p w14:paraId="02262DC9" w14:textId="77777777" w:rsidR="0069068D" w:rsidRPr="00E459CD" w:rsidRDefault="0069068D" w:rsidP="0069068D">
            <w:pPr>
              <w:rPr>
                <w:rFonts w:ascii="Aptos" w:hAnsi="Aptos"/>
              </w:rPr>
            </w:pPr>
            <w:r w:rsidRPr="00E459CD">
              <w:rPr>
                <w:rFonts w:ascii="Aptos" w:hAnsi="Aptos"/>
              </w:rPr>
              <w:t xml:space="preserve"> </w:t>
            </w:r>
          </w:p>
        </w:tc>
        <w:tc>
          <w:tcPr>
            <w:tcW w:w="2556" w:type="dxa"/>
            <w:vAlign w:val="center"/>
          </w:tcPr>
          <w:p w14:paraId="0DB72415" w14:textId="77777777" w:rsidR="0069068D" w:rsidRPr="00E459CD" w:rsidRDefault="0069068D" w:rsidP="0069068D">
            <w:pPr>
              <w:rPr>
                <w:rFonts w:ascii="Aptos" w:hAnsi="Aptos"/>
              </w:rPr>
            </w:pPr>
          </w:p>
        </w:tc>
        <w:tc>
          <w:tcPr>
            <w:tcW w:w="2556" w:type="dxa"/>
            <w:vAlign w:val="center"/>
          </w:tcPr>
          <w:p w14:paraId="45EFE59D" w14:textId="77777777" w:rsidR="0069068D" w:rsidRPr="00E459CD" w:rsidRDefault="0069068D" w:rsidP="0069068D">
            <w:pPr>
              <w:rPr>
                <w:rFonts w:ascii="Aptos" w:hAnsi="Aptos"/>
              </w:rPr>
            </w:pPr>
          </w:p>
        </w:tc>
      </w:tr>
    </w:tbl>
    <w:p w14:paraId="3F58C14E" w14:textId="77777777" w:rsidR="0069068D" w:rsidRPr="00E459CD" w:rsidRDefault="0069068D" w:rsidP="0069068D">
      <w:pPr>
        <w:rPr>
          <w:rFonts w:ascii="Aptos" w:hAnsi="Aptos"/>
        </w:rPr>
      </w:pPr>
    </w:p>
    <w:p w14:paraId="4AFC9D49" w14:textId="77777777" w:rsidR="0069068D" w:rsidRPr="00E459CD" w:rsidRDefault="0069068D" w:rsidP="0069068D">
      <w:pPr>
        <w:rPr>
          <w:rFonts w:ascii="Aptos" w:hAnsi="Aptos"/>
          <w:b/>
          <w:bCs/>
        </w:rPr>
      </w:pPr>
      <w:r w:rsidRPr="00E459CD">
        <w:rPr>
          <w:rFonts w:ascii="Aptos" w:hAnsi="Aptos"/>
          <w:b/>
          <w:bCs/>
        </w:rPr>
        <w:t>Purpose of the diary</w:t>
      </w:r>
    </w:p>
    <w:p w14:paraId="582ACC17" w14:textId="77777777" w:rsidR="0069068D" w:rsidRPr="00E459CD" w:rsidRDefault="0069068D" w:rsidP="0069068D">
      <w:pPr>
        <w:rPr>
          <w:rFonts w:ascii="Aptos" w:hAnsi="Aptos"/>
        </w:rPr>
      </w:pPr>
      <w:r w:rsidRPr="00E459CD">
        <w:rPr>
          <w:rFonts w:ascii="Aptos" w:hAnsi="Aptos"/>
        </w:rPr>
        <w:t>This diary helps the participant reflect on what they have learned during the placement. It must not include confidential information, patient details, staff names, personal data or sensitive business information. Learning should be described in general terms.</w:t>
      </w:r>
    </w:p>
    <w:p w14:paraId="7CE46EA3" w14:textId="77777777" w:rsidR="0069068D" w:rsidRPr="00E459CD" w:rsidRDefault="0069068D" w:rsidP="0069068D">
      <w:pPr>
        <w:rPr>
          <w:rFonts w:ascii="Aptos" w:hAnsi="Aptos"/>
        </w:rPr>
      </w:pPr>
      <w:r w:rsidRPr="00E459CD">
        <w:rPr>
          <w:rFonts w:ascii="Aptos" w:hAnsi="Aptos"/>
        </w:rPr>
        <w:t>Example: “I observed how the reception team manages patient enquiries.” Do not include patient names, staff issues, clinical details, complaints, incidents, financial information, system screenshots or anything confidential.</w:t>
      </w:r>
    </w:p>
    <w:p w14:paraId="62754CB6" w14:textId="77777777" w:rsidR="0069068D" w:rsidRPr="00E459CD" w:rsidRDefault="0069068D" w:rsidP="0069068D">
      <w:pPr>
        <w:rPr>
          <w:rFonts w:ascii="Aptos" w:hAnsi="Aptos"/>
          <w:b/>
          <w:bCs/>
        </w:rPr>
      </w:pPr>
      <w:r w:rsidRPr="00E459CD">
        <w:rPr>
          <w:rFonts w:ascii="Aptos" w:hAnsi="Aptos"/>
          <w:b/>
          <w:bCs/>
        </w:rPr>
        <w:t>Day 1</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0601D741" w14:textId="77777777" w:rsidTr="00A90DFA">
        <w:tc>
          <w:tcPr>
            <w:tcW w:w="5112" w:type="dxa"/>
            <w:shd w:val="clear" w:color="auto" w:fill="E6F2F2"/>
          </w:tcPr>
          <w:p w14:paraId="490CD8BA" w14:textId="77777777" w:rsidR="0069068D" w:rsidRPr="00E459CD" w:rsidRDefault="0069068D" w:rsidP="0069068D">
            <w:pPr>
              <w:rPr>
                <w:rFonts w:ascii="Aptos" w:hAnsi="Aptos"/>
              </w:rPr>
            </w:pPr>
            <w:r w:rsidRPr="00E459CD">
              <w:rPr>
                <w:rFonts w:ascii="Aptos" w:hAnsi="Aptos"/>
                <w:b/>
              </w:rPr>
              <w:t>Date</w:t>
            </w:r>
          </w:p>
        </w:tc>
        <w:tc>
          <w:tcPr>
            <w:tcW w:w="5112" w:type="dxa"/>
          </w:tcPr>
          <w:p w14:paraId="0CE34605"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7183EE4" w14:textId="77777777" w:rsidTr="00A90DFA">
        <w:tc>
          <w:tcPr>
            <w:tcW w:w="5112" w:type="dxa"/>
            <w:shd w:val="clear" w:color="auto" w:fill="E6F2F2"/>
          </w:tcPr>
          <w:p w14:paraId="0FAB9D40" w14:textId="77777777" w:rsidR="0069068D" w:rsidRPr="00E459CD" w:rsidRDefault="0069068D" w:rsidP="0069068D">
            <w:pPr>
              <w:rPr>
                <w:rFonts w:ascii="Aptos" w:hAnsi="Aptos"/>
              </w:rPr>
            </w:pPr>
            <w:r w:rsidRPr="00E459CD">
              <w:rPr>
                <w:rFonts w:ascii="Aptos" w:hAnsi="Aptos"/>
                <w:b/>
              </w:rPr>
              <w:t>Hours attended</w:t>
            </w:r>
          </w:p>
        </w:tc>
        <w:tc>
          <w:tcPr>
            <w:tcW w:w="5112" w:type="dxa"/>
          </w:tcPr>
          <w:p w14:paraId="45BC6269"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2C2963E0" w14:textId="77777777" w:rsidTr="00A90DFA">
        <w:tc>
          <w:tcPr>
            <w:tcW w:w="5112" w:type="dxa"/>
            <w:shd w:val="clear" w:color="auto" w:fill="E6F2F2"/>
          </w:tcPr>
          <w:p w14:paraId="2831AE7C" w14:textId="77777777" w:rsidR="0069068D" w:rsidRPr="00E459CD" w:rsidRDefault="0069068D" w:rsidP="0069068D">
            <w:pPr>
              <w:rPr>
                <w:rFonts w:ascii="Aptos" w:hAnsi="Aptos"/>
              </w:rPr>
            </w:pPr>
            <w:r w:rsidRPr="00E459CD">
              <w:rPr>
                <w:rFonts w:ascii="Aptos" w:hAnsi="Aptos"/>
                <w:b/>
              </w:rPr>
              <w:t>Who I shadowed or observed</w:t>
            </w:r>
          </w:p>
        </w:tc>
        <w:tc>
          <w:tcPr>
            <w:tcW w:w="5112" w:type="dxa"/>
          </w:tcPr>
          <w:p w14:paraId="14FF95FA"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F39D697" w14:textId="77777777" w:rsidTr="00A90DFA">
        <w:tc>
          <w:tcPr>
            <w:tcW w:w="5112" w:type="dxa"/>
            <w:shd w:val="clear" w:color="auto" w:fill="E6F2F2"/>
          </w:tcPr>
          <w:p w14:paraId="4AE949DD"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72C373A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A1B557A" w14:textId="77777777" w:rsidTr="00A90DFA">
        <w:tc>
          <w:tcPr>
            <w:tcW w:w="5112" w:type="dxa"/>
            <w:shd w:val="clear" w:color="auto" w:fill="E6F2F2"/>
          </w:tcPr>
          <w:p w14:paraId="78EA4CC6" w14:textId="77777777" w:rsidR="0069068D" w:rsidRPr="00E459CD" w:rsidRDefault="0069068D" w:rsidP="0069068D">
            <w:pPr>
              <w:rPr>
                <w:rFonts w:ascii="Aptos" w:hAnsi="Aptos"/>
              </w:rPr>
            </w:pPr>
            <w:r w:rsidRPr="00E459CD">
              <w:rPr>
                <w:rFonts w:ascii="Aptos" w:hAnsi="Aptos"/>
                <w:b/>
              </w:rPr>
              <w:t>What surprised me</w:t>
            </w:r>
          </w:p>
        </w:tc>
        <w:tc>
          <w:tcPr>
            <w:tcW w:w="5112" w:type="dxa"/>
          </w:tcPr>
          <w:p w14:paraId="4F9033AD"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C77D520" w14:textId="77777777" w:rsidTr="00A90DFA">
        <w:tc>
          <w:tcPr>
            <w:tcW w:w="5112" w:type="dxa"/>
            <w:shd w:val="clear" w:color="auto" w:fill="E6F2F2"/>
          </w:tcPr>
          <w:p w14:paraId="35AB1D29" w14:textId="77777777" w:rsidR="0069068D" w:rsidRPr="00E459CD" w:rsidRDefault="0069068D" w:rsidP="0069068D">
            <w:pPr>
              <w:rPr>
                <w:rFonts w:ascii="Aptos" w:hAnsi="Aptos"/>
              </w:rPr>
            </w:pPr>
            <w:r w:rsidRPr="00E459CD">
              <w:rPr>
                <w:rFonts w:ascii="Aptos" w:hAnsi="Aptos"/>
                <w:b/>
              </w:rPr>
              <w:t>Questions I have</w:t>
            </w:r>
          </w:p>
        </w:tc>
        <w:tc>
          <w:tcPr>
            <w:tcW w:w="5112" w:type="dxa"/>
          </w:tcPr>
          <w:p w14:paraId="008A80B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6327AC9" w14:textId="77777777" w:rsidTr="00A90DFA">
        <w:tc>
          <w:tcPr>
            <w:tcW w:w="5112" w:type="dxa"/>
            <w:shd w:val="clear" w:color="auto" w:fill="E6F2F2"/>
          </w:tcPr>
          <w:p w14:paraId="7C3809C2" w14:textId="77777777" w:rsidR="0069068D" w:rsidRPr="00E459CD" w:rsidRDefault="0069068D" w:rsidP="0069068D">
            <w:pPr>
              <w:rPr>
                <w:rFonts w:ascii="Aptos" w:hAnsi="Aptos"/>
              </w:rPr>
            </w:pPr>
            <w:r w:rsidRPr="00E459CD">
              <w:rPr>
                <w:rFonts w:ascii="Aptos" w:hAnsi="Aptos"/>
                <w:b/>
              </w:rPr>
              <w:t>Any concerns or support needed</w:t>
            </w:r>
          </w:p>
        </w:tc>
        <w:tc>
          <w:tcPr>
            <w:tcW w:w="5112" w:type="dxa"/>
          </w:tcPr>
          <w:p w14:paraId="0CDB5AA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8DBDCB8" w14:textId="77777777" w:rsidTr="00A90DFA">
        <w:tc>
          <w:tcPr>
            <w:tcW w:w="5112" w:type="dxa"/>
            <w:shd w:val="clear" w:color="auto" w:fill="E6F2F2"/>
          </w:tcPr>
          <w:p w14:paraId="699D45FC" w14:textId="77777777" w:rsidR="0069068D" w:rsidRPr="00E459CD" w:rsidRDefault="0069068D" w:rsidP="0069068D">
            <w:pPr>
              <w:rPr>
                <w:rFonts w:ascii="Aptos" w:hAnsi="Aptos"/>
              </w:rPr>
            </w:pPr>
            <w:r w:rsidRPr="00E459CD">
              <w:rPr>
                <w:rFonts w:ascii="Aptos" w:hAnsi="Aptos"/>
                <w:b/>
              </w:rPr>
              <w:t>Supervisor check-in completed / initials</w:t>
            </w:r>
          </w:p>
        </w:tc>
        <w:tc>
          <w:tcPr>
            <w:tcW w:w="5112" w:type="dxa"/>
          </w:tcPr>
          <w:p w14:paraId="5192D400" w14:textId="77777777" w:rsidR="0069068D" w:rsidRPr="00E459CD" w:rsidRDefault="0069068D" w:rsidP="0069068D">
            <w:pPr>
              <w:rPr>
                <w:rFonts w:ascii="Aptos" w:hAnsi="Aptos"/>
              </w:rPr>
            </w:pPr>
            <w:r w:rsidRPr="00E459CD">
              <w:rPr>
                <w:rFonts w:ascii="Aptos" w:hAnsi="Aptos"/>
              </w:rPr>
              <w:t xml:space="preserve"> </w:t>
            </w:r>
          </w:p>
        </w:tc>
      </w:tr>
    </w:tbl>
    <w:p w14:paraId="75AF34B7" w14:textId="77777777" w:rsidR="0069068D" w:rsidRPr="00E459CD" w:rsidRDefault="0069068D" w:rsidP="0069068D">
      <w:pPr>
        <w:rPr>
          <w:rFonts w:ascii="Aptos" w:hAnsi="Aptos"/>
        </w:rPr>
      </w:pPr>
    </w:p>
    <w:p w14:paraId="5D864152" w14:textId="77777777" w:rsidR="0069068D" w:rsidRPr="00E459CD" w:rsidRDefault="0069068D" w:rsidP="0069068D">
      <w:pPr>
        <w:rPr>
          <w:rFonts w:ascii="Aptos" w:hAnsi="Aptos"/>
          <w:b/>
          <w:bCs/>
        </w:rPr>
      </w:pPr>
      <w:r w:rsidRPr="00E459CD">
        <w:rPr>
          <w:rFonts w:ascii="Aptos" w:hAnsi="Aptos"/>
          <w:b/>
          <w:bCs/>
        </w:rPr>
        <w:t>Day 2</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0583213D" w14:textId="77777777" w:rsidTr="00A90DFA">
        <w:tc>
          <w:tcPr>
            <w:tcW w:w="5112" w:type="dxa"/>
            <w:shd w:val="clear" w:color="auto" w:fill="E6F2F2"/>
          </w:tcPr>
          <w:p w14:paraId="0284D5E9" w14:textId="77777777" w:rsidR="0069068D" w:rsidRPr="00E459CD" w:rsidRDefault="0069068D" w:rsidP="0069068D">
            <w:pPr>
              <w:rPr>
                <w:rFonts w:ascii="Aptos" w:hAnsi="Aptos"/>
              </w:rPr>
            </w:pPr>
            <w:r w:rsidRPr="00E459CD">
              <w:rPr>
                <w:rFonts w:ascii="Aptos" w:hAnsi="Aptos"/>
                <w:b/>
              </w:rPr>
              <w:t>Date</w:t>
            </w:r>
          </w:p>
        </w:tc>
        <w:tc>
          <w:tcPr>
            <w:tcW w:w="5112" w:type="dxa"/>
          </w:tcPr>
          <w:p w14:paraId="3D0F0D6F"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E09BBEC" w14:textId="77777777" w:rsidTr="00A90DFA">
        <w:tc>
          <w:tcPr>
            <w:tcW w:w="5112" w:type="dxa"/>
            <w:shd w:val="clear" w:color="auto" w:fill="E6F2F2"/>
          </w:tcPr>
          <w:p w14:paraId="129ED756" w14:textId="77777777" w:rsidR="0069068D" w:rsidRPr="00E459CD" w:rsidRDefault="0069068D" w:rsidP="0069068D">
            <w:pPr>
              <w:rPr>
                <w:rFonts w:ascii="Aptos" w:hAnsi="Aptos"/>
              </w:rPr>
            </w:pPr>
            <w:r w:rsidRPr="00E459CD">
              <w:rPr>
                <w:rFonts w:ascii="Aptos" w:hAnsi="Aptos"/>
                <w:b/>
              </w:rPr>
              <w:t>Hours attended</w:t>
            </w:r>
          </w:p>
        </w:tc>
        <w:tc>
          <w:tcPr>
            <w:tcW w:w="5112" w:type="dxa"/>
          </w:tcPr>
          <w:p w14:paraId="72B7BE3A"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500566E" w14:textId="77777777" w:rsidTr="00A90DFA">
        <w:tc>
          <w:tcPr>
            <w:tcW w:w="5112" w:type="dxa"/>
            <w:shd w:val="clear" w:color="auto" w:fill="E6F2F2"/>
          </w:tcPr>
          <w:p w14:paraId="267B0229" w14:textId="77777777" w:rsidR="0069068D" w:rsidRPr="00E459CD" w:rsidRDefault="0069068D" w:rsidP="0069068D">
            <w:pPr>
              <w:rPr>
                <w:rFonts w:ascii="Aptos" w:hAnsi="Aptos"/>
              </w:rPr>
            </w:pPr>
            <w:r w:rsidRPr="00E459CD">
              <w:rPr>
                <w:rFonts w:ascii="Aptos" w:hAnsi="Aptos"/>
                <w:b/>
              </w:rPr>
              <w:t>Who I shadowed or observed</w:t>
            </w:r>
          </w:p>
        </w:tc>
        <w:tc>
          <w:tcPr>
            <w:tcW w:w="5112" w:type="dxa"/>
          </w:tcPr>
          <w:p w14:paraId="580EA5ED"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6799A91" w14:textId="77777777" w:rsidTr="00A90DFA">
        <w:tc>
          <w:tcPr>
            <w:tcW w:w="5112" w:type="dxa"/>
            <w:shd w:val="clear" w:color="auto" w:fill="E6F2F2"/>
          </w:tcPr>
          <w:p w14:paraId="390091ED"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65EB146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FC8CD21" w14:textId="77777777" w:rsidTr="00A90DFA">
        <w:tc>
          <w:tcPr>
            <w:tcW w:w="5112" w:type="dxa"/>
            <w:shd w:val="clear" w:color="auto" w:fill="E6F2F2"/>
          </w:tcPr>
          <w:p w14:paraId="022B718A" w14:textId="77777777" w:rsidR="0069068D" w:rsidRPr="00E459CD" w:rsidRDefault="0069068D" w:rsidP="0069068D">
            <w:pPr>
              <w:rPr>
                <w:rFonts w:ascii="Aptos" w:hAnsi="Aptos"/>
              </w:rPr>
            </w:pPr>
            <w:r w:rsidRPr="00E459CD">
              <w:rPr>
                <w:rFonts w:ascii="Aptos" w:hAnsi="Aptos"/>
                <w:b/>
              </w:rPr>
              <w:t>What surprised me</w:t>
            </w:r>
          </w:p>
        </w:tc>
        <w:tc>
          <w:tcPr>
            <w:tcW w:w="5112" w:type="dxa"/>
          </w:tcPr>
          <w:p w14:paraId="57AF6BD6"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6C31BB5" w14:textId="77777777" w:rsidTr="00A90DFA">
        <w:tc>
          <w:tcPr>
            <w:tcW w:w="5112" w:type="dxa"/>
            <w:shd w:val="clear" w:color="auto" w:fill="E6F2F2"/>
          </w:tcPr>
          <w:p w14:paraId="55725A68" w14:textId="77777777" w:rsidR="0069068D" w:rsidRPr="00E459CD" w:rsidRDefault="0069068D" w:rsidP="0069068D">
            <w:pPr>
              <w:rPr>
                <w:rFonts w:ascii="Aptos" w:hAnsi="Aptos"/>
              </w:rPr>
            </w:pPr>
            <w:r w:rsidRPr="00E459CD">
              <w:rPr>
                <w:rFonts w:ascii="Aptos" w:hAnsi="Aptos"/>
                <w:b/>
              </w:rPr>
              <w:t>Questions I have</w:t>
            </w:r>
          </w:p>
        </w:tc>
        <w:tc>
          <w:tcPr>
            <w:tcW w:w="5112" w:type="dxa"/>
          </w:tcPr>
          <w:p w14:paraId="1F032585"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87579B1" w14:textId="77777777" w:rsidTr="00A90DFA">
        <w:tc>
          <w:tcPr>
            <w:tcW w:w="5112" w:type="dxa"/>
            <w:shd w:val="clear" w:color="auto" w:fill="E6F2F2"/>
          </w:tcPr>
          <w:p w14:paraId="160AD808" w14:textId="77777777" w:rsidR="0069068D" w:rsidRPr="00E459CD" w:rsidRDefault="0069068D" w:rsidP="0069068D">
            <w:pPr>
              <w:rPr>
                <w:rFonts w:ascii="Aptos" w:hAnsi="Aptos"/>
              </w:rPr>
            </w:pPr>
            <w:r w:rsidRPr="00E459CD">
              <w:rPr>
                <w:rFonts w:ascii="Aptos" w:hAnsi="Aptos"/>
                <w:b/>
              </w:rPr>
              <w:t>Any concerns or support needed</w:t>
            </w:r>
          </w:p>
        </w:tc>
        <w:tc>
          <w:tcPr>
            <w:tcW w:w="5112" w:type="dxa"/>
          </w:tcPr>
          <w:p w14:paraId="390E664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246E031" w14:textId="77777777" w:rsidTr="00A90DFA">
        <w:tc>
          <w:tcPr>
            <w:tcW w:w="5112" w:type="dxa"/>
            <w:shd w:val="clear" w:color="auto" w:fill="E6F2F2"/>
          </w:tcPr>
          <w:p w14:paraId="4DCA7057" w14:textId="77777777" w:rsidR="0069068D" w:rsidRPr="00E459CD" w:rsidRDefault="0069068D" w:rsidP="0069068D">
            <w:pPr>
              <w:rPr>
                <w:rFonts w:ascii="Aptos" w:hAnsi="Aptos"/>
              </w:rPr>
            </w:pPr>
            <w:r w:rsidRPr="00E459CD">
              <w:rPr>
                <w:rFonts w:ascii="Aptos" w:hAnsi="Aptos"/>
                <w:b/>
              </w:rPr>
              <w:t>Supervisor check-in completed / initials</w:t>
            </w:r>
          </w:p>
        </w:tc>
        <w:tc>
          <w:tcPr>
            <w:tcW w:w="5112" w:type="dxa"/>
          </w:tcPr>
          <w:p w14:paraId="6A4488F4" w14:textId="77777777" w:rsidR="0069068D" w:rsidRPr="00E459CD" w:rsidRDefault="0069068D" w:rsidP="0069068D">
            <w:pPr>
              <w:rPr>
                <w:rFonts w:ascii="Aptos" w:hAnsi="Aptos"/>
              </w:rPr>
            </w:pPr>
            <w:r w:rsidRPr="00E459CD">
              <w:rPr>
                <w:rFonts w:ascii="Aptos" w:hAnsi="Aptos"/>
              </w:rPr>
              <w:t xml:space="preserve"> </w:t>
            </w:r>
          </w:p>
        </w:tc>
      </w:tr>
    </w:tbl>
    <w:p w14:paraId="541392B0" w14:textId="77777777" w:rsidR="0069068D" w:rsidRPr="00E459CD" w:rsidRDefault="0069068D" w:rsidP="0069068D">
      <w:pPr>
        <w:rPr>
          <w:rFonts w:ascii="Aptos" w:hAnsi="Aptos"/>
        </w:rPr>
      </w:pPr>
    </w:p>
    <w:p w14:paraId="0DEF5071" w14:textId="77777777" w:rsidR="0069068D" w:rsidRPr="00E459CD" w:rsidRDefault="0069068D" w:rsidP="0069068D">
      <w:pPr>
        <w:rPr>
          <w:rFonts w:ascii="Aptos" w:hAnsi="Aptos"/>
          <w:b/>
          <w:bCs/>
        </w:rPr>
      </w:pPr>
      <w:r w:rsidRPr="00E459CD">
        <w:rPr>
          <w:rFonts w:ascii="Aptos" w:hAnsi="Aptos"/>
          <w:b/>
          <w:bCs/>
        </w:rPr>
        <w:t>Day 3</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6732F8C1" w14:textId="77777777" w:rsidTr="00A90DFA">
        <w:tc>
          <w:tcPr>
            <w:tcW w:w="5112" w:type="dxa"/>
            <w:shd w:val="clear" w:color="auto" w:fill="E6F2F2"/>
          </w:tcPr>
          <w:p w14:paraId="30EDC51C" w14:textId="77777777" w:rsidR="0069068D" w:rsidRPr="00E459CD" w:rsidRDefault="0069068D" w:rsidP="0069068D">
            <w:pPr>
              <w:rPr>
                <w:rFonts w:ascii="Aptos" w:hAnsi="Aptos"/>
              </w:rPr>
            </w:pPr>
            <w:r w:rsidRPr="00E459CD">
              <w:rPr>
                <w:rFonts w:ascii="Aptos" w:hAnsi="Aptos"/>
                <w:b/>
              </w:rPr>
              <w:t>Date</w:t>
            </w:r>
          </w:p>
        </w:tc>
        <w:tc>
          <w:tcPr>
            <w:tcW w:w="5112" w:type="dxa"/>
          </w:tcPr>
          <w:p w14:paraId="2CAF96A5"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A5830C7" w14:textId="77777777" w:rsidTr="00A90DFA">
        <w:tc>
          <w:tcPr>
            <w:tcW w:w="5112" w:type="dxa"/>
            <w:shd w:val="clear" w:color="auto" w:fill="E6F2F2"/>
          </w:tcPr>
          <w:p w14:paraId="297DE286" w14:textId="77777777" w:rsidR="0069068D" w:rsidRPr="00E459CD" w:rsidRDefault="0069068D" w:rsidP="0069068D">
            <w:pPr>
              <w:rPr>
                <w:rFonts w:ascii="Aptos" w:hAnsi="Aptos"/>
              </w:rPr>
            </w:pPr>
            <w:r w:rsidRPr="00E459CD">
              <w:rPr>
                <w:rFonts w:ascii="Aptos" w:hAnsi="Aptos"/>
                <w:b/>
              </w:rPr>
              <w:t>Hours attended</w:t>
            </w:r>
          </w:p>
        </w:tc>
        <w:tc>
          <w:tcPr>
            <w:tcW w:w="5112" w:type="dxa"/>
          </w:tcPr>
          <w:p w14:paraId="5D68036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61A710F" w14:textId="77777777" w:rsidTr="00A90DFA">
        <w:tc>
          <w:tcPr>
            <w:tcW w:w="5112" w:type="dxa"/>
            <w:shd w:val="clear" w:color="auto" w:fill="E6F2F2"/>
          </w:tcPr>
          <w:p w14:paraId="24544DBD" w14:textId="77777777" w:rsidR="0069068D" w:rsidRPr="00E459CD" w:rsidRDefault="0069068D" w:rsidP="0069068D">
            <w:pPr>
              <w:rPr>
                <w:rFonts w:ascii="Aptos" w:hAnsi="Aptos"/>
              </w:rPr>
            </w:pPr>
            <w:r w:rsidRPr="00E459CD">
              <w:rPr>
                <w:rFonts w:ascii="Aptos" w:hAnsi="Aptos"/>
                <w:b/>
              </w:rPr>
              <w:t>Who I shadowed or observed</w:t>
            </w:r>
          </w:p>
        </w:tc>
        <w:tc>
          <w:tcPr>
            <w:tcW w:w="5112" w:type="dxa"/>
          </w:tcPr>
          <w:p w14:paraId="5137007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410D410" w14:textId="77777777" w:rsidTr="00A90DFA">
        <w:tc>
          <w:tcPr>
            <w:tcW w:w="5112" w:type="dxa"/>
            <w:shd w:val="clear" w:color="auto" w:fill="E6F2F2"/>
          </w:tcPr>
          <w:p w14:paraId="7F702862"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0CCA32F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661B14C" w14:textId="77777777" w:rsidTr="00A90DFA">
        <w:tc>
          <w:tcPr>
            <w:tcW w:w="5112" w:type="dxa"/>
            <w:shd w:val="clear" w:color="auto" w:fill="E6F2F2"/>
          </w:tcPr>
          <w:p w14:paraId="54A45077" w14:textId="77777777" w:rsidR="0069068D" w:rsidRPr="00E459CD" w:rsidRDefault="0069068D" w:rsidP="0069068D">
            <w:pPr>
              <w:rPr>
                <w:rFonts w:ascii="Aptos" w:hAnsi="Aptos"/>
              </w:rPr>
            </w:pPr>
            <w:r w:rsidRPr="00E459CD">
              <w:rPr>
                <w:rFonts w:ascii="Aptos" w:hAnsi="Aptos"/>
                <w:b/>
              </w:rPr>
              <w:t>What surprised me</w:t>
            </w:r>
          </w:p>
        </w:tc>
        <w:tc>
          <w:tcPr>
            <w:tcW w:w="5112" w:type="dxa"/>
          </w:tcPr>
          <w:p w14:paraId="3EAFB93A"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9F0CB7C" w14:textId="77777777" w:rsidTr="00A90DFA">
        <w:tc>
          <w:tcPr>
            <w:tcW w:w="5112" w:type="dxa"/>
            <w:shd w:val="clear" w:color="auto" w:fill="E6F2F2"/>
          </w:tcPr>
          <w:p w14:paraId="1CDB988A" w14:textId="77777777" w:rsidR="0069068D" w:rsidRPr="00E459CD" w:rsidRDefault="0069068D" w:rsidP="0069068D">
            <w:pPr>
              <w:rPr>
                <w:rFonts w:ascii="Aptos" w:hAnsi="Aptos"/>
              </w:rPr>
            </w:pPr>
            <w:r w:rsidRPr="00E459CD">
              <w:rPr>
                <w:rFonts w:ascii="Aptos" w:hAnsi="Aptos"/>
                <w:b/>
              </w:rPr>
              <w:t>Questions I have</w:t>
            </w:r>
          </w:p>
        </w:tc>
        <w:tc>
          <w:tcPr>
            <w:tcW w:w="5112" w:type="dxa"/>
          </w:tcPr>
          <w:p w14:paraId="2F779736"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D2B8F40" w14:textId="77777777" w:rsidTr="00A90DFA">
        <w:tc>
          <w:tcPr>
            <w:tcW w:w="5112" w:type="dxa"/>
            <w:shd w:val="clear" w:color="auto" w:fill="E6F2F2"/>
          </w:tcPr>
          <w:p w14:paraId="45BB17DB" w14:textId="77777777" w:rsidR="0069068D" w:rsidRPr="00E459CD" w:rsidRDefault="0069068D" w:rsidP="0069068D">
            <w:pPr>
              <w:rPr>
                <w:rFonts w:ascii="Aptos" w:hAnsi="Aptos"/>
              </w:rPr>
            </w:pPr>
            <w:r w:rsidRPr="00E459CD">
              <w:rPr>
                <w:rFonts w:ascii="Aptos" w:hAnsi="Aptos"/>
                <w:b/>
              </w:rPr>
              <w:t>Any concerns or support needed</w:t>
            </w:r>
          </w:p>
        </w:tc>
        <w:tc>
          <w:tcPr>
            <w:tcW w:w="5112" w:type="dxa"/>
          </w:tcPr>
          <w:p w14:paraId="358F1529"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F314DAB" w14:textId="77777777" w:rsidTr="00A90DFA">
        <w:tc>
          <w:tcPr>
            <w:tcW w:w="5112" w:type="dxa"/>
            <w:shd w:val="clear" w:color="auto" w:fill="E6F2F2"/>
          </w:tcPr>
          <w:p w14:paraId="1B235D6C" w14:textId="77777777" w:rsidR="0069068D" w:rsidRPr="00E459CD" w:rsidRDefault="0069068D" w:rsidP="0069068D">
            <w:pPr>
              <w:rPr>
                <w:rFonts w:ascii="Aptos" w:hAnsi="Aptos"/>
              </w:rPr>
            </w:pPr>
            <w:r w:rsidRPr="00E459CD">
              <w:rPr>
                <w:rFonts w:ascii="Aptos" w:hAnsi="Aptos"/>
                <w:b/>
              </w:rPr>
              <w:t>Supervisor check-in completed / initials</w:t>
            </w:r>
          </w:p>
        </w:tc>
        <w:tc>
          <w:tcPr>
            <w:tcW w:w="5112" w:type="dxa"/>
          </w:tcPr>
          <w:p w14:paraId="36C3C38A" w14:textId="77777777" w:rsidR="0069068D" w:rsidRPr="00E459CD" w:rsidRDefault="0069068D" w:rsidP="0069068D">
            <w:pPr>
              <w:rPr>
                <w:rFonts w:ascii="Aptos" w:hAnsi="Aptos"/>
              </w:rPr>
            </w:pPr>
            <w:r w:rsidRPr="00E459CD">
              <w:rPr>
                <w:rFonts w:ascii="Aptos" w:hAnsi="Aptos"/>
              </w:rPr>
              <w:t xml:space="preserve"> </w:t>
            </w:r>
          </w:p>
        </w:tc>
      </w:tr>
    </w:tbl>
    <w:p w14:paraId="717D4600" w14:textId="77777777" w:rsidR="0069068D" w:rsidRPr="00E459CD" w:rsidRDefault="0069068D" w:rsidP="0069068D">
      <w:pPr>
        <w:rPr>
          <w:rFonts w:ascii="Aptos" w:hAnsi="Aptos"/>
        </w:rPr>
      </w:pPr>
    </w:p>
    <w:p w14:paraId="6DF366A2" w14:textId="77777777" w:rsidR="0069068D" w:rsidRPr="00E459CD" w:rsidRDefault="0069068D" w:rsidP="0069068D">
      <w:pPr>
        <w:rPr>
          <w:rFonts w:ascii="Aptos" w:hAnsi="Aptos"/>
          <w:b/>
          <w:bCs/>
        </w:rPr>
      </w:pPr>
      <w:r w:rsidRPr="00E459CD">
        <w:rPr>
          <w:rFonts w:ascii="Aptos" w:hAnsi="Aptos"/>
          <w:b/>
          <w:bCs/>
        </w:rPr>
        <w:t>Day 4</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7E5711C9" w14:textId="77777777" w:rsidTr="00A90DFA">
        <w:tc>
          <w:tcPr>
            <w:tcW w:w="5112" w:type="dxa"/>
            <w:shd w:val="clear" w:color="auto" w:fill="E6F2F2"/>
          </w:tcPr>
          <w:p w14:paraId="2DB53FC7" w14:textId="77777777" w:rsidR="0069068D" w:rsidRPr="00E459CD" w:rsidRDefault="0069068D" w:rsidP="0069068D">
            <w:pPr>
              <w:rPr>
                <w:rFonts w:ascii="Aptos" w:hAnsi="Aptos"/>
              </w:rPr>
            </w:pPr>
            <w:r w:rsidRPr="00E459CD">
              <w:rPr>
                <w:rFonts w:ascii="Aptos" w:hAnsi="Aptos"/>
                <w:b/>
              </w:rPr>
              <w:t>Date</w:t>
            </w:r>
          </w:p>
        </w:tc>
        <w:tc>
          <w:tcPr>
            <w:tcW w:w="5112" w:type="dxa"/>
          </w:tcPr>
          <w:p w14:paraId="1D5C709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B6778D9" w14:textId="77777777" w:rsidTr="00A90DFA">
        <w:tc>
          <w:tcPr>
            <w:tcW w:w="5112" w:type="dxa"/>
            <w:shd w:val="clear" w:color="auto" w:fill="E6F2F2"/>
          </w:tcPr>
          <w:p w14:paraId="6D52452D" w14:textId="77777777" w:rsidR="0069068D" w:rsidRPr="00E459CD" w:rsidRDefault="0069068D" w:rsidP="0069068D">
            <w:pPr>
              <w:rPr>
                <w:rFonts w:ascii="Aptos" w:hAnsi="Aptos"/>
              </w:rPr>
            </w:pPr>
            <w:r w:rsidRPr="00E459CD">
              <w:rPr>
                <w:rFonts w:ascii="Aptos" w:hAnsi="Aptos"/>
                <w:b/>
              </w:rPr>
              <w:t>Hours attended</w:t>
            </w:r>
          </w:p>
        </w:tc>
        <w:tc>
          <w:tcPr>
            <w:tcW w:w="5112" w:type="dxa"/>
          </w:tcPr>
          <w:p w14:paraId="0834C49D"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EA4F837" w14:textId="77777777" w:rsidTr="00A90DFA">
        <w:tc>
          <w:tcPr>
            <w:tcW w:w="5112" w:type="dxa"/>
            <w:shd w:val="clear" w:color="auto" w:fill="E6F2F2"/>
          </w:tcPr>
          <w:p w14:paraId="7B941769" w14:textId="77777777" w:rsidR="0069068D" w:rsidRPr="00E459CD" w:rsidRDefault="0069068D" w:rsidP="0069068D">
            <w:pPr>
              <w:rPr>
                <w:rFonts w:ascii="Aptos" w:hAnsi="Aptos"/>
              </w:rPr>
            </w:pPr>
            <w:r w:rsidRPr="00E459CD">
              <w:rPr>
                <w:rFonts w:ascii="Aptos" w:hAnsi="Aptos"/>
                <w:b/>
              </w:rPr>
              <w:t>Who I shadowed or observed</w:t>
            </w:r>
          </w:p>
        </w:tc>
        <w:tc>
          <w:tcPr>
            <w:tcW w:w="5112" w:type="dxa"/>
          </w:tcPr>
          <w:p w14:paraId="7B531DA3"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B889272" w14:textId="77777777" w:rsidTr="00A90DFA">
        <w:tc>
          <w:tcPr>
            <w:tcW w:w="5112" w:type="dxa"/>
            <w:shd w:val="clear" w:color="auto" w:fill="E6F2F2"/>
          </w:tcPr>
          <w:p w14:paraId="59D33583"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16B8D323"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E154F4E" w14:textId="77777777" w:rsidTr="00A90DFA">
        <w:tc>
          <w:tcPr>
            <w:tcW w:w="5112" w:type="dxa"/>
            <w:shd w:val="clear" w:color="auto" w:fill="E6F2F2"/>
          </w:tcPr>
          <w:p w14:paraId="51670A1C" w14:textId="77777777" w:rsidR="0069068D" w:rsidRPr="00E459CD" w:rsidRDefault="0069068D" w:rsidP="0069068D">
            <w:pPr>
              <w:rPr>
                <w:rFonts w:ascii="Aptos" w:hAnsi="Aptos"/>
              </w:rPr>
            </w:pPr>
            <w:r w:rsidRPr="00E459CD">
              <w:rPr>
                <w:rFonts w:ascii="Aptos" w:hAnsi="Aptos"/>
                <w:b/>
              </w:rPr>
              <w:t>What surprised me</w:t>
            </w:r>
          </w:p>
        </w:tc>
        <w:tc>
          <w:tcPr>
            <w:tcW w:w="5112" w:type="dxa"/>
          </w:tcPr>
          <w:p w14:paraId="78FBC72F"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25AF3C8" w14:textId="77777777" w:rsidTr="00A90DFA">
        <w:tc>
          <w:tcPr>
            <w:tcW w:w="5112" w:type="dxa"/>
            <w:shd w:val="clear" w:color="auto" w:fill="E6F2F2"/>
          </w:tcPr>
          <w:p w14:paraId="42905FA4" w14:textId="77777777" w:rsidR="0069068D" w:rsidRPr="00E459CD" w:rsidRDefault="0069068D" w:rsidP="0069068D">
            <w:pPr>
              <w:rPr>
                <w:rFonts w:ascii="Aptos" w:hAnsi="Aptos"/>
              </w:rPr>
            </w:pPr>
            <w:r w:rsidRPr="00E459CD">
              <w:rPr>
                <w:rFonts w:ascii="Aptos" w:hAnsi="Aptos"/>
                <w:b/>
              </w:rPr>
              <w:t>Questions I have</w:t>
            </w:r>
          </w:p>
        </w:tc>
        <w:tc>
          <w:tcPr>
            <w:tcW w:w="5112" w:type="dxa"/>
          </w:tcPr>
          <w:p w14:paraId="37B1FD9B"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9C8B400" w14:textId="77777777" w:rsidTr="00A90DFA">
        <w:tc>
          <w:tcPr>
            <w:tcW w:w="5112" w:type="dxa"/>
            <w:shd w:val="clear" w:color="auto" w:fill="E6F2F2"/>
          </w:tcPr>
          <w:p w14:paraId="36471CA5" w14:textId="77777777" w:rsidR="0069068D" w:rsidRPr="00E459CD" w:rsidRDefault="0069068D" w:rsidP="0069068D">
            <w:pPr>
              <w:rPr>
                <w:rFonts w:ascii="Aptos" w:hAnsi="Aptos"/>
              </w:rPr>
            </w:pPr>
            <w:r w:rsidRPr="00E459CD">
              <w:rPr>
                <w:rFonts w:ascii="Aptos" w:hAnsi="Aptos"/>
                <w:b/>
              </w:rPr>
              <w:t>Any concerns or support needed</w:t>
            </w:r>
          </w:p>
        </w:tc>
        <w:tc>
          <w:tcPr>
            <w:tcW w:w="5112" w:type="dxa"/>
          </w:tcPr>
          <w:p w14:paraId="6122A96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800CDB9" w14:textId="77777777" w:rsidTr="00A90DFA">
        <w:tc>
          <w:tcPr>
            <w:tcW w:w="5112" w:type="dxa"/>
            <w:shd w:val="clear" w:color="auto" w:fill="E6F2F2"/>
          </w:tcPr>
          <w:p w14:paraId="73AE1B98" w14:textId="77777777" w:rsidR="0069068D" w:rsidRPr="00E459CD" w:rsidRDefault="0069068D" w:rsidP="0069068D">
            <w:pPr>
              <w:rPr>
                <w:rFonts w:ascii="Aptos" w:hAnsi="Aptos"/>
              </w:rPr>
            </w:pPr>
            <w:r w:rsidRPr="00E459CD">
              <w:rPr>
                <w:rFonts w:ascii="Aptos" w:hAnsi="Aptos"/>
                <w:b/>
              </w:rPr>
              <w:t>Supervisor check-in completed / initials</w:t>
            </w:r>
          </w:p>
        </w:tc>
        <w:tc>
          <w:tcPr>
            <w:tcW w:w="5112" w:type="dxa"/>
          </w:tcPr>
          <w:p w14:paraId="79658DE0" w14:textId="77777777" w:rsidR="0069068D" w:rsidRPr="00E459CD" w:rsidRDefault="0069068D" w:rsidP="0069068D">
            <w:pPr>
              <w:rPr>
                <w:rFonts w:ascii="Aptos" w:hAnsi="Aptos"/>
              </w:rPr>
            </w:pPr>
            <w:r w:rsidRPr="00E459CD">
              <w:rPr>
                <w:rFonts w:ascii="Aptos" w:hAnsi="Aptos"/>
              </w:rPr>
              <w:t xml:space="preserve"> </w:t>
            </w:r>
          </w:p>
        </w:tc>
      </w:tr>
    </w:tbl>
    <w:p w14:paraId="61E11C14" w14:textId="77777777" w:rsidR="0069068D" w:rsidRPr="00E459CD" w:rsidRDefault="0069068D" w:rsidP="0069068D">
      <w:pPr>
        <w:rPr>
          <w:rFonts w:ascii="Aptos" w:hAnsi="Aptos"/>
        </w:rPr>
      </w:pPr>
    </w:p>
    <w:p w14:paraId="13FF1E5C" w14:textId="77777777" w:rsidR="0069068D" w:rsidRPr="00E459CD" w:rsidRDefault="0069068D" w:rsidP="0069068D">
      <w:pPr>
        <w:rPr>
          <w:rFonts w:ascii="Aptos" w:hAnsi="Aptos"/>
          <w:b/>
          <w:bCs/>
        </w:rPr>
      </w:pPr>
      <w:r w:rsidRPr="00E459CD">
        <w:rPr>
          <w:rFonts w:ascii="Aptos" w:hAnsi="Aptos"/>
          <w:b/>
          <w:bCs/>
        </w:rPr>
        <w:t>Day 5</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46DC0176" w14:textId="77777777" w:rsidTr="00A90DFA">
        <w:tc>
          <w:tcPr>
            <w:tcW w:w="5112" w:type="dxa"/>
            <w:shd w:val="clear" w:color="auto" w:fill="E6F2F2"/>
          </w:tcPr>
          <w:p w14:paraId="3D3C62E6" w14:textId="77777777" w:rsidR="0069068D" w:rsidRPr="00E459CD" w:rsidRDefault="0069068D" w:rsidP="0069068D">
            <w:pPr>
              <w:rPr>
                <w:rFonts w:ascii="Aptos" w:hAnsi="Aptos"/>
              </w:rPr>
            </w:pPr>
            <w:r w:rsidRPr="00E459CD">
              <w:rPr>
                <w:rFonts w:ascii="Aptos" w:hAnsi="Aptos"/>
                <w:b/>
              </w:rPr>
              <w:t>Date</w:t>
            </w:r>
          </w:p>
        </w:tc>
        <w:tc>
          <w:tcPr>
            <w:tcW w:w="5112" w:type="dxa"/>
          </w:tcPr>
          <w:p w14:paraId="50AAE33A"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5386BF0" w14:textId="77777777" w:rsidTr="00A90DFA">
        <w:tc>
          <w:tcPr>
            <w:tcW w:w="5112" w:type="dxa"/>
            <w:shd w:val="clear" w:color="auto" w:fill="E6F2F2"/>
          </w:tcPr>
          <w:p w14:paraId="0130DA19" w14:textId="77777777" w:rsidR="0069068D" w:rsidRPr="00E459CD" w:rsidRDefault="0069068D" w:rsidP="0069068D">
            <w:pPr>
              <w:rPr>
                <w:rFonts w:ascii="Aptos" w:hAnsi="Aptos"/>
              </w:rPr>
            </w:pPr>
            <w:r w:rsidRPr="00E459CD">
              <w:rPr>
                <w:rFonts w:ascii="Aptos" w:hAnsi="Aptos"/>
                <w:b/>
              </w:rPr>
              <w:t>Hours attended</w:t>
            </w:r>
          </w:p>
        </w:tc>
        <w:tc>
          <w:tcPr>
            <w:tcW w:w="5112" w:type="dxa"/>
          </w:tcPr>
          <w:p w14:paraId="4A2B9679"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8825059" w14:textId="77777777" w:rsidTr="00A90DFA">
        <w:tc>
          <w:tcPr>
            <w:tcW w:w="5112" w:type="dxa"/>
            <w:shd w:val="clear" w:color="auto" w:fill="E6F2F2"/>
          </w:tcPr>
          <w:p w14:paraId="60919C2B" w14:textId="77777777" w:rsidR="0069068D" w:rsidRPr="00E459CD" w:rsidRDefault="0069068D" w:rsidP="0069068D">
            <w:pPr>
              <w:rPr>
                <w:rFonts w:ascii="Aptos" w:hAnsi="Aptos"/>
              </w:rPr>
            </w:pPr>
            <w:r w:rsidRPr="00E459CD">
              <w:rPr>
                <w:rFonts w:ascii="Aptos" w:hAnsi="Aptos"/>
                <w:b/>
              </w:rPr>
              <w:t>Who I shadowed or observed</w:t>
            </w:r>
          </w:p>
        </w:tc>
        <w:tc>
          <w:tcPr>
            <w:tcW w:w="5112" w:type="dxa"/>
          </w:tcPr>
          <w:p w14:paraId="4D21107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B67CD47" w14:textId="77777777" w:rsidTr="00A90DFA">
        <w:tc>
          <w:tcPr>
            <w:tcW w:w="5112" w:type="dxa"/>
            <w:shd w:val="clear" w:color="auto" w:fill="E6F2F2"/>
          </w:tcPr>
          <w:p w14:paraId="0A511E02"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64F8E4A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9758066" w14:textId="77777777" w:rsidTr="00A90DFA">
        <w:tc>
          <w:tcPr>
            <w:tcW w:w="5112" w:type="dxa"/>
            <w:shd w:val="clear" w:color="auto" w:fill="E6F2F2"/>
          </w:tcPr>
          <w:p w14:paraId="183B0000" w14:textId="77777777" w:rsidR="0069068D" w:rsidRPr="00E459CD" w:rsidRDefault="0069068D" w:rsidP="0069068D">
            <w:pPr>
              <w:rPr>
                <w:rFonts w:ascii="Aptos" w:hAnsi="Aptos"/>
              </w:rPr>
            </w:pPr>
            <w:r w:rsidRPr="00E459CD">
              <w:rPr>
                <w:rFonts w:ascii="Aptos" w:hAnsi="Aptos"/>
                <w:b/>
              </w:rPr>
              <w:t>What surprised me</w:t>
            </w:r>
          </w:p>
        </w:tc>
        <w:tc>
          <w:tcPr>
            <w:tcW w:w="5112" w:type="dxa"/>
          </w:tcPr>
          <w:p w14:paraId="2A7BC65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71BEC4A" w14:textId="77777777" w:rsidTr="00A90DFA">
        <w:tc>
          <w:tcPr>
            <w:tcW w:w="5112" w:type="dxa"/>
            <w:shd w:val="clear" w:color="auto" w:fill="E6F2F2"/>
          </w:tcPr>
          <w:p w14:paraId="5BCBC61C" w14:textId="77777777" w:rsidR="0069068D" w:rsidRPr="00E459CD" w:rsidRDefault="0069068D" w:rsidP="0069068D">
            <w:pPr>
              <w:rPr>
                <w:rFonts w:ascii="Aptos" w:hAnsi="Aptos"/>
              </w:rPr>
            </w:pPr>
            <w:r w:rsidRPr="00E459CD">
              <w:rPr>
                <w:rFonts w:ascii="Aptos" w:hAnsi="Aptos"/>
                <w:b/>
              </w:rPr>
              <w:t>Questions I have</w:t>
            </w:r>
          </w:p>
        </w:tc>
        <w:tc>
          <w:tcPr>
            <w:tcW w:w="5112" w:type="dxa"/>
          </w:tcPr>
          <w:p w14:paraId="337C0015"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2CE6C50A" w14:textId="77777777" w:rsidTr="00A90DFA">
        <w:tc>
          <w:tcPr>
            <w:tcW w:w="5112" w:type="dxa"/>
            <w:shd w:val="clear" w:color="auto" w:fill="E6F2F2"/>
          </w:tcPr>
          <w:p w14:paraId="4544915F" w14:textId="77777777" w:rsidR="0069068D" w:rsidRPr="00E459CD" w:rsidRDefault="0069068D" w:rsidP="0069068D">
            <w:pPr>
              <w:rPr>
                <w:rFonts w:ascii="Aptos" w:hAnsi="Aptos"/>
              </w:rPr>
            </w:pPr>
            <w:r w:rsidRPr="00E459CD">
              <w:rPr>
                <w:rFonts w:ascii="Aptos" w:hAnsi="Aptos"/>
                <w:b/>
              </w:rPr>
              <w:t>Any concerns or support needed</w:t>
            </w:r>
          </w:p>
        </w:tc>
        <w:tc>
          <w:tcPr>
            <w:tcW w:w="5112" w:type="dxa"/>
          </w:tcPr>
          <w:p w14:paraId="7289D614"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1B8536D" w14:textId="77777777" w:rsidTr="00A90DFA">
        <w:tc>
          <w:tcPr>
            <w:tcW w:w="5112" w:type="dxa"/>
            <w:shd w:val="clear" w:color="auto" w:fill="E6F2F2"/>
          </w:tcPr>
          <w:p w14:paraId="2C21C935" w14:textId="77777777" w:rsidR="0069068D" w:rsidRPr="00E459CD" w:rsidRDefault="0069068D" w:rsidP="0069068D">
            <w:pPr>
              <w:rPr>
                <w:rFonts w:ascii="Aptos" w:hAnsi="Aptos"/>
              </w:rPr>
            </w:pPr>
            <w:r w:rsidRPr="00E459CD">
              <w:rPr>
                <w:rFonts w:ascii="Aptos" w:hAnsi="Aptos"/>
                <w:b/>
              </w:rPr>
              <w:lastRenderedPageBreak/>
              <w:t>Supervisor check-in completed / initials</w:t>
            </w:r>
          </w:p>
        </w:tc>
        <w:tc>
          <w:tcPr>
            <w:tcW w:w="5112" w:type="dxa"/>
          </w:tcPr>
          <w:p w14:paraId="2730AF0D" w14:textId="77777777" w:rsidR="0069068D" w:rsidRPr="00E459CD" w:rsidRDefault="0069068D" w:rsidP="0069068D">
            <w:pPr>
              <w:rPr>
                <w:rFonts w:ascii="Aptos" w:hAnsi="Aptos"/>
              </w:rPr>
            </w:pPr>
            <w:r w:rsidRPr="00E459CD">
              <w:rPr>
                <w:rFonts w:ascii="Aptos" w:hAnsi="Aptos"/>
              </w:rPr>
              <w:t xml:space="preserve"> </w:t>
            </w:r>
          </w:p>
        </w:tc>
      </w:tr>
    </w:tbl>
    <w:p w14:paraId="67653DEF" w14:textId="77777777" w:rsidR="0069068D" w:rsidRPr="00E459CD" w:rsidRDefault="0069068D" w:rsidP="0069068D">
      <w:pPr>
        <w:rPr>
          <w:rFonts w:ascii="Aptos" w:hAnsi="Aptos"/>
        </w:rPr>
      </w:pPr>
    </w:p>
    <w:p w14:paraId="3205E2A6" w14:textId="77777777" w:rsidR="0069068D" w:rsidRPr="00E459CD" w:rsidRDefault="0069068D" w:rsidP="0069068D">
      <w:pPr>
        <w:rPr>
          <w:rFonts w:ascii="Aptos" w:hAnsi="Aptos"/>
          <w:b/>
          <w:bCs/>
        </w:rPr>
      </w:pPr>
      <w:r w:rsidRPr="00E459CD">
        <w:rPr>
          <w:rFonts w:ascii="Aptos" w:hAnsi="Aptos"/>
          <w:b/>
          <w:bCs/>
        </w:rPr>
        <w:t>For longer placements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8"/>
        <w:gridCol w:w="5106"/>
      </w:tblGrid>
      <w:tr w:rsidR="0069068D" w:rsidRPr="00E459CD" w14:paraId="5E63D679" w14:textId="77777777" w:rsidTr="00A90DFA">
        <w:tc>
          <w:tcPr>
            <w:tcW w:w="5112" w:type="dxa"/>
            <w:shd w:val="clear" w:color="auto" w:fill="E6F2F2"/>
          </w:tcPr>
          <w:p w14:paraId="26D4D891" w14:textId="77777777" w:rsidR="0069068D" w:rsidRPr="00E459CD" w:rsidRDefault="0069068D" w:rsidP="0069068D">
            <w:pPr>
              <w:rPr>
                <w:rFonts w:ascii="Aptos" w:hAnsi="Aptos"/>
              </w:rPr>
            </w:pPr>
            <w:r w:rsidRPr="00E459CD">
              <w:rPr>
                <w:rFonts w:ascii="Aptos" w:hAnsi="Aptos"/>
                <w:b/>
              </w:rPr>
              <w:t>Week number</w:t>
            </w:r>
          </w:p>
        </w:tc>
        <w:tc>
          <w:tcPr>
            <w:tcW w:w="5112" w:type="dxa"/>
          </w:tcPr>
          <w:p w14:paraId="4E84F97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1E6F2BD" w14:textId="77777777" w:rsidTr="00A90DFA">
        <w:tc>
          <w:tcPr>
            <w:tcW w:w="5112" w:type="dxa"/>
            <w:shd w:val="clear" w:color="auto" w:fill="E6F2F2"/>
          </w:tcPr>
          <w:p w14:paraId="3727C449" w14:textId="77777777" w:rsidR="0069068D" w:rsidRPr="00E459CD" w:rsidRDefault="0069068D" w:rsidP="0069068D">
            <w:pPr>
              <w:rPr>
                <w:rFonts w:ascii="Aptos" w:hAnsi="Aptos"/>
              </w:rPr>
            </w:pPr>
            <w:r w:rsidRPr="00E459CD">
              <w:rPr>
                <w:rFonts w:ascii="Aptos" w:hAnsi="Aptos"/>
                <w:b/>
              </w:rPr>
              <w:t>Main activities this week</w:t>
            </w:r>
          </w:p>
        </w:tc>
        <w:tc>
          <w:tcPr>
            <w:tcW w:w="5112" w:type="dxa"/>
          </w:tcPr>
          <w:p w14:paraId="0BA206A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6295DD7" w14:textId="77777777" w:rsidTr="00A90DFA">
        <w:tc>
          <w:tcPr>
            <w:tcW w:w="5112" w:type="dxa"/>
            <w:shd w:val="clear" w:color="auto" w:fill="E6F2F2"/>
          </w:tcPr>
          <w:p w14:paraId="73FB18F8" w14:textId="77777777" w:rsidR="0069068D" w:rsidRPr="00E459CD" w:rsidRDefault="0069068D" w:rsidP="0069068D">
            <w:pPr>
              <w:rPr>
                <w:rFonts w:ascii="Aptos" w:hAnsi="Aptos"/>
              </w:rPr>
            </w:pPr>
            <w:r w:rsidRPr="00E459CD">
              <w:rPr>
                <w:rFonts w:ascii="Aptos" w:hAnsi="Aptos"/>
                <w:b/>
              </w:rPr>
              <w:t>What I learned</w:t>
            </w:r>
          </w:p>
        </w:tc>
        <w:tc>
          <w:tcPr>
            <w:tcW w:w="5112" w:type="dxa"/>
          </w:tcPr>
          <w:p w14:paraId="02F9D9E8"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84331EB" w14:textId="77777777" w:rsidTr="00A90DFA">
        <w:tc>
          <w:tcPr>
            <w:tcW w:w="5112" w:type="dxa"/>
            <w:shd w:val="clear" w:color="auto" w:fill="E6F2F2"/>
          </w:tcPr>
          <w:p w14:paraId="3C01E2AA" w14:textId="77777777" w:rsidR="0069068D" w:rsidRPr="00E459CD" w:rsidRDefault="0069068D" w:rsidP="0069068D">
            <w:pPr>
              <w:rPr>
                <w:rFonts w:ascii="Aptos" w:hAnsi="Aptos"/>
              </w:rPr>
            </w:pPr>
            <w:r w:rsidRPr="00E459CD">
              <w:rPr>
                <w:rFonts w:ascii="Aptos" w:hAnsi="Aptos"/>
                <w:b/>
              </w:rPr>
              <w:t>Skills I developed</w:t>
            </w:r>
          </w:p>
        </w:tc>
        <w:tc>
          <w:tcPr>
            <w:tcW w:w="5112" w:type="dxa"/>
          </w:tcPr>
          <w:p w14:paraId="2F617145"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E6090B1" w14:textId="77777777" w:rsidTr="00A90DFA">
        <w:tc>
          <w:tcPr>
            <w:tcW w:w="5112" w:type="dxa"/>
            <w:shd w:val="clear" w:color="auto" w:fill="E6F2F2"/>
          </w:tcPr>
          <w:p w14:paraId="54DED3A5" w14:textId="77777777" w:rsidR="0069068D" w:rsidRPr="00E459CD" w:rsidRDefault="0069068D" w:rsidP="0069068D">
            <w:pPr>
              <w:rPr>
                <w:rFonts w:ascii="Aptos" w:hAnsi="Aptos"/>
              </w:rPr>
            </w:pPr>
            <w:r w:rsidRPr="00E459CD">
              <w:rPr>
                <w:rFonts w:ascii="Aptos" w:hAnsi="Aptos"/>
                <w:b/>
              </w:rPr>
              <w:t>Any challenges</w:t>
            </w:r>
          </w:p>
        </w:tc>
        <w:tc>
          <w:tcPr>
            <w:tcW w:w="5112" w:type="dxa"/>
          </w:tcPr>
          <w:p w14:paraId="036A4187"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9407B56" w14:textId="77777777" w:rsidTr="00A90DFA">
        <w:tc>
          <w:tcPr>
            <w:tcW w:w="5112" w:type="dxa"/>
            <w:shd w:val="clear" w:color="auto" w:fill="E6F2F2"/>
          </w:tcPr>
          <w:p w14:paraId="799B9610" w14:textId="77777777" w:rsidR="0069068D" w:rsidRPr="00E459CD" w:rsidRDefault="0069068D" w:rsidP="0069068D">
            <w:pPr>
              <w:rPr>
                <w:rFonts w:ascii="Aptos" w:hAnsi="Aptos"/>
              </w:rPr>
            </w:pPr>
            <w:r w:rsidRPr="00E459CD">
              <w:rPr>
                <w:rFonts w:ascii="Aptos" w:hAnsi="Aptos"/>
                <w:b/>
              </w:rPr>
              <w:t>Support received</w:t>
            </w:r>
          </w:p>
        </w:tc>
        <w:tc>
          <w:tcPr>
            <w:tcW w:w="5112" w:type="dxa"/>
          </w:tcPr>
          <w:p w14:paraId="60D8D3C1"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FEBE30A" w14:textId="77777777" w:rsidTr="00A90DFA">
        <w:tc>
          <w:tcPr>
            <w:tcW w:w="5112" w:type="dxa"/>
            <w:shd w:val="clear" w:color="auto" w:fill="E6F2F2"/>
          </w:tcPr>
          <w:p w14:paraId="39C8857C" w14:textId="77777777" w:rsidR="0069068D" w:rsidRPr="00E459CD" w:rsidRDefault="0069068D" w:rsidP="0069068D">
            <w:pPr>
              <w:rPr>
                <w:rFonts w:ascii="Aptos" w:hAnsi="Aptos"/>
              </w:rPr>
            </w:pPr>
            <w:r w:rsidRPr="00E459CD">
              <w:rPr>
                <w:rFonts w:ascii="Aptos" w:hAnsi="Aptos"/>
                <w:b/>
              </w:rPr>
              <w:t>Questions for next week / supervisor comments</w:t>
            </w:r>
          </w:p>
        </w:tc>
        <w:tc>
          <w:tcPr>
            <w:tcW w:w="5112" w:type="dxa"/>
          </w:tcPr>
          <w:p w14:paraId="5CB5A79C" w14:textId="77777777" w:rsidR="0069068D" w:rsidRPr="00E459CD" w:rsidRDefault="0069068D" w:rsidP="0069068D">
            <w:pPr>
              <w:rPr>
                <w:rFonts w:ascii="Aptos" w:hAnsi="Aptos"/>
              </w:rPr>
            </w:pPr>
            <w:r w:rsidRPr="00E459CD">
              <w:rPr>
                <w:rFonts w:ascii="Aptos" w:hAnsi="Aptos"/>
              </w:rPr>
              <w:t xml:space="preserve"> </w:t>
            </w:r>
          </w:p>
        </w:tc>
      </w:tr>
    </w:tbl>
    <w:p w14:paraId="5771C887" w14:textId="77777777" w:rsidR="0069068D" w:rsidRPr="00E459CD" w:rsidRDefault="0069068D" w:rsidP="0069068D">
      <w:pPr>
        <w:rPr>
          <w:rFonts w:ascii="Aptos" w:hAnsi="Aptos"/>
          <w:b/>
          <w:bCs/>
        </w:rPr>
      </w:pPr>
      <w:r w:rsidRPr="00E459CD">
        <w:rPr>
          <w:rFonts w:ascii="Aptos" w:hAnsi="Aptos"/>
          <w:b/>
          <w:bCs/>
        </w:rPr>
        <w:t>End of placement reflection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4"/>
        <w:gridCol w:w="2553"/>
        <w:gridCol w:w="2554"/>
        <w:gridCol w:w="2553"/>
      </w:tblGrid>
      <w:tr w:rsidR="0069068D" w:rsidRPr="00E459CD" w14:paraId="1866A079" w14:textId="77777777" w:rsidTr="00A90DFA">
        <w:tc>
          <w:tcPr>
            <w:tcW w:w="5112" w:type="dxa"/>
            <w:gridSpan w:val="2"/>
            <w:shd w:val="clear" w:color="auto" w:fill="E6F2F2"/>
          </w:tcPr>
          <w:p w14:paraId="4326D156" w14:textId="77777777" w:rsidR="0069068D" w:rsidRPr="00E459CD" w:rsidRDefault="0069068D" w:rsidP="0069068D">
            <w:pPr>
              <w:rPr>
                <w:rFonts w:ascii="Aptos" w:hAnsi="Aptos"/>
              </w:rPr>
            </w:pPr>
            <w:r w:rsidRPr="00E459CD">
              <w:rPr>
                <w:rFonts w:ascii="Aptos" w:hAnsi="Aptos"/>
                <w:b/>
              </w:rPr>
              <w:t>What did I learn about BrisDoc?</w:t>
            </w:r>
          </w:p>
        </w:tc>
        <w:tc>
          <w:tcPr>
            <w:tcW w:w="5112" w:type="dxa"/>
            <w:gridSpan w:val="2"/>
          </w:tcPr>
          <w:p w14:paraId="4339B878"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39823B0" w14:textId="77777777" w:rsidTr="00A90DFA">
        <w:tc>
          <w:tcPr>
            <w:tcW w:w="5112" w:type="dxa"/>
            <w:gridSpan w:val="2"/>
            <w:shd w:val="clear" w:color="auto" w:fill="E6F2F2"/>
          </w:tcPr>
          <w:p w14:paraId="3427035F" w14:textId="77777777" w:rsidR="0069068D" w:rsidRPr="00E459CD" w:rsidRDefault="0069068D" w:rsidP="0069068D">
            <w:pPr>
              <w:rPr>
                <w:rFonts w:ascii="Aptos" w:hAnsi="Aptos"/>
              </w:rPr>
            </w:pPr>
            <w:r w:rsidRPr="00E459CD">
              <w:rPr>
                <w:rFonts w:ascii="Aptos" w:hAnsi="Aptos"/>
                <w:b/>
              </w:rPr>
              <w:t>What did I learn about healthcare, operational or corporate work?</w:t>
            </w:r>
          </w:p>
        </w:tc>
        <w:tc>
          <w:tcPr>
            <w:tcW w:w="5112" w:type="dxa"/>
            <w:gridSpan w:val="2"/>
          </w:tcPr>
          <w:p w14:paraId="57B91CF1"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C6F0D1B" w14:textId="77777777" w:rsidTr="00A90DFA">
        <w:tc>
          <w:tcPr>
            <w:tcW w:w="5112" w:type="dxa"/>
            <w:gridSpan w:val="2"/>
            <w:shd w:val="clear" w:color="auto" w:fill="E6F2F2"/>
          </w:tcPr>
          <w:p w14:paraId="2E9E047C" w14:textId="77777777" w:rsidR="0069068D" w:rsidRPr="00E459CD" w:rsidRDefault="0069068D" w:rsidP="0069068D">
            <w:pPr>
              <w:rPr>
                <w:rFonts w:ascii="Aptos" w:hAnsi="Aptos"/>
              </w:rPr>
            </w:pPr>
            <w:r w:rsidRPr="00E459CD">
              <w:rPr>
                <w:rFonts w:ascii="Aptos" w:hAnsi="Aptos"/>
                <w:b/>
              </w:rPr>
              <w:t>What skills did I use or develop?</w:t>
            </w:r>
          </w:p>
        </w:tc>
        <w:tc>
          <w:tcPr>
            <w:tcW w:w="5112" w:type="dxa"/>
            <w:gridSpan w:val="2"/>
          </w:tcPr>
          <w:p w14:paraId="7F1ED219"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B854025" w14:textId="77777777" w:rsidTr="00A90DFA">
        <w:tc>
          <w:tcPr>
            <w:tcW w:w="5112" w:type="dxa"/>
            <w:gridSpan w:val="2"/>
            <w:shd w:val="clear" w:color="auto" w:fill="E6F2F2"/>
          </w:tcPr>
          <w:p w14:paraId="2B56A0BF" w14:textId="77777777" w:rsidR="0069068D" w:rsidRPr="00E459CD" w:rsidRDefault="0069068D" w:rsidP="0069068D">
            <w:pPr>
              <w:rPr>
                <w:rFonts w:ascii="Aptos" w:hAnsi="Aptos"/>
              </w:rPr>
            </w:pPr>
            <w:r w:rsidRPr="00E459CD">
              <w:rPr>
                <w:rFonts w:ascii="Aptos" w:hAnsi="Aptos"/>
                <w:b/>
              </w:rPr>
              <w:t>What did I enjoy most?</w:t>
            </w:r>
          </w:p>
        </w:tc>
        <w:tc>
          <w:tcPr>
            <w:tcW w:w="5112" w:type="dxa"/>
            <w:gridSpan w:val="2"/>
          </w:tcPr>
          <w:p w14:paraId="3561945B"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F120E10" w14:textId="77777777" w:rsidTr="00A90DFA">
        <w:tc>
          <w:tcPr>
            <w:tcW w:w="5112" w:type="dxa"/>
            <w:gridSpan w:val="2"/>
            <w:shd w:val="clear" w:color="auto" w:fill="E6F2F2"/>
          </w:tcPr>
          <w:p w14:paraId="41FACA85" w14:textId="77777777" w:rsidR="0069068D" w:rsidRPr="00E459CD" w:rsidRDefault="0069068D" w:rsidP="0069068D">
            <w:pPr>
              <w:rPr>
                <w:rFonts w:ascii="Aptos" w:hAnsi="Aptos"/>
              </w:rPr>
            </w:pPr>
            <w:r w:rsidRPr="00E459CD">
              <w:rPr>
                <w:rFonts w:ascii="Aptos" w:hAnsi="Aptos"/>
                <w:b/>
              </w:rPr>
              <w:t>What did I find challenging?</w:t>
            </w:r>
          </w:p>
        </w:tc>
        <w:tc>
          <w:tcPr>
            <w:tcW w:w="5112" w:type="dxa"/>
            <w:gridSpan w:val="2"/>
          </w:tcPr>
          <w:p w14:paraId="4D382C8D"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1429D1C" w14:textId="77777777" w:rsidTr="00A90DFA">
        <w:tc>
          <w:tcPr>
            <w:tcW w:w="5112" w:type="dxa"/>
            <w:gridSpan w:val="2"/>
            <w:shd w:val="clear" w:color="auto" w:fill="E6F2F2"/>
          </w:tcPr>
          <w:p w14:paraId="72B26AC7" w14:textId="77777777" w:rsidR="0069068D" w:rsidRPr="00E459CD" w:rsidRDefault="0069068D" w:rsidP="0069068D">
            <w:pPr>
              <w:rPr>
                <w:rFonts w:ascii="Aptos" w:hAnsi="Aptos"/>
              </w:rPr>
            </w:pPr>
            <w:r w:rsidRPr="00E459CD">
              <w:rPr>
                <w:rFonts w:ascii="Aptos" w:hAnsi="Aptos"/>
                <w:b/>
              </w:rPr>
              <w:t>Has this placement influenced my career or study plans?</w:t>
            </w:r>
          </w:p>
        </w:tc>
        <w:tc>
          <w:tcPr>
            <w:tcW w:w="5112" w:type="dxa"/>
            <w:gridSpan w:val="2"/>
          </w:tcPr>
          <w:p w14:paraId="41B754F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C70BFCC" w14:textId="77777777" w:rsidTr="00A90DFA">
        <w:tc>
          <w:tcPr>
            <w:tcW w:w="5112" w:type="dxa"/>
            <w:gridSpan w:val="2"/>
            <w:shd w:val="clear" w:color="auto" w:fill="E6F2F2"/>
          </w:tcPr>
          <w:p w14:paraId="639202CD" w14:textId="77777777" w:rsidR="0069068D" w:rsidRPr="00E459CD" w:rsidRDefault="0069068D" w:rsidP="0069068D">
            <w:pPr>
              <w:rPr>
                <w:rFonts w:ascii="Aptos" w:hAnsi="Aptos"/>
              </w:rPr>
            </w:pPr>
            <w:r w:rsidRPr="00E459CD">
              <w:rPr>
                <w:rFonts w:ascii="Aptos" w:hAnsi="Aptos"/>
                <w:b/>
              </w:rPr>
              <w:t>Is there anything BrisDoc could improve for future placements?</w:t>
            </w:r>
          </w:p>
        </w:tc>
        <w:tc>
          <w:tcPr>
            <w:tcW w:w="5112" w:type="dxa"/>
            <w:gridSpan w:val="2"/>
          </w:tcPr>
          <w:p w14:paraId="7382652F"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18FCE2C" w14:textId="77777777" w:rsidTr="00A90DFA">
        <w:tc>
          <w:tcPr>
            <w:tcW w:w="5112" w:type="dxa"/>
            <w:gridSpan w:val="2"/>
            <w:shd w:val="clear" w:color="auto" w:fill="E6F2F2"/>
          </w:tcPr>
          <w:p w14:paraId="3C7ADB89" w14:textId="77777777" w:rsidR="0069068D" w:rsidRPr="00E459CD" w:rsidRDefault="0069068D" w:rsidP="0069068D">
            <w:pPr>
              <w:rPr>
                <w:rFonts w:ascii="Aptos" w:hAnsi="Aptos"/>
              </w:rPr>
            </w:pPr>
            <w:r w:rsidRPr="00E459CD">
              <w:rPr>
                <w:rFonts w:ascii="Aptos" w:hAnsi="Aptos"/>
                <w:b/>
              </w:rPr>
              <w:t>Supervisor comments</w:t>
            </w:r>
          </w:p>
        </w:tc>
        <w:tc>
          <w:tcPr>
            <w:tcW w:w="5112" w:type="dxa"/>
            <w:gridSpan w:val="2"/>
          </w:tcPr>
          <w:p w14:paraId="5044FC4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0135D21" w14:textId="77777777" w:rsidTr="00A90DFA">
        <w:tc>
          <w:tcPr>
            <w:tcW w:w="2556" w:type="dxa"/>
            <w:shd w:val="clear" w:color="auto" w:fill="E6F2F2"/>
          </w:tcPr>
          <w:p w14:paraId="04E52A4E" w14:textId="77777777" w:rsidR="0069068D" w:rsidRPr="00E459CD" w:rsidRDefault="0069068D" w:rsidP="0069068D">
            <w:pPr>
              <w:rPr>
                <w:rFonts w:ascii="Aptos" w:hAnsi="Aptos"/>
              </w:rPr>
            </w:pPr>
            <w:r w:rsidRPr="00E459CD">
              <w:rPr>
                <w:rFonts w:ascii="Aptos" w:hAnsi="Aptos"/>
                <w:b/>
              </w:rPr>
              <w:t>Role</w:t>
            </w:r>
          </w:p>
        </w:tc>
        <w:tc>
          <w:tcPr>
            <w:tcW w:w="2556" w:type="dxa"/>
            <w:shd w:val="clear" w:color="auto" w:fill="E6F2F2"/>
          </w:tcPr>
          <w:p w14:paraId="6694AE47" w14:textId="77777777" w:rsidR="0069068D" w:rsidRPr="00E459CD" w:rsidRDefault="0069068D" w:rsidP="0069068D">
            <w:pPr>
              <w:rPr>
                <w:rFonts w:ascii="Aptos" w:hAnsi="Aptos"/>
              </w:rPr>
            </w:pPr>
            <w:r w:rsidRPr="00E459CD">
              <w:rPr>
                <w:rFonts w:ascii="Aptos" w:hAnsi="Aptos"/>
                <w:b/>
              </w:rPr>
              <w:t>Name</w:t>
            </w:r>
          </w:p>
        </w:tc>
        <w:tc>
          <w:tcPr>
            <w:tcW w:w="2556" w:type="dxa"/>
            <w:shd w:val="clear" w:color="auto" w:fill="E6F2F2"/>
          </w:tcPr>
          <w:p w14:paraId="70EECB1D" w14:textId="77777777" w:rsidR="0069068D" w:rsidRPr="00E459CD" w:rsidRDefault="0069068D" w:rsidP="0069068D">
            <w:pPr>
              <w:rPr>
                <w:rFonts w:ascii="Aptos" w:hAnsi="Aptos"/>
              </w:rPr>
            </w:pPr>
            <w:r w:rsidRPr="00E459CD">
              <w:rPr>
                <w:rFonts w:ascii="Aptos" w:hAnsi="Aptos"/>
                <w:b/>
              </w:rPr>
              <w:t>Signature</w:t>
            </w:r>
          </w:p>
        </w:tc>
        <w:tc>
          <w:tcPr>
            <w:tcW w:w="2556" w:type="dxa"/>
            <w:shd w:val="clear" w:color="auto" w:fill="E6F2F2"/>
          </w:tcPr>
          <w:p w14:paraId="13F31904" w14:textId="77777777" w:rsidR="0069068D" w:rsidRPr="00E459CD" w:rsidRDefault="0069068D" w:rsidP="0069068D">
            <w:pPr>
              <w:rPr>
                <w:rFonts w:ascii="Aptos" w:hAnsi="Aptos"/>
              </w:rPr>
            </w:pPr>
            <w:r w:rsidRPr="00E459CD">
              <w:rPr>
                <w:rFonts w:ascii="Aptos" w:hAnsi="Aptos"/>
                <w:b/>
              </w:rPr>
              <w:t>Date</w:t>
            </w:r>
          </w:p>
        </w:tc>
      </w:tr>
      <w:tr w:rsidR="0069068D" w:rsidRPr="00E459CD" w14:paraId="46044CBC" w14:textId="77777777" w:rsidTr="00A90DFA">
        <w:tc>
          <w:tcPr>
            <w:tcW w:w="2556" w:type="dxa"/>
          </w:tcPr>
          <w:p w14:paraId="31E8C169" w14:textId="77777777" w:rsidR="0069068D" w:rsidRPr="00E459CD" w:rsidRDefault="0069068D" w:rsidP="0069068D">
            <w:pPr>
              <w:rPr>
                <w:rFonts w:ascii="Aptos" w:hAnsi="Aptos"/>
              </w:rPr>
            </w:pPr>
            <w:r w:rsidRPr="00E459CD">
              <w:rPr>
                <w:rFonts w:ascii="Aptos" w:hAnsi="Aptos"/>
              </w:rPr>
              <w:t>Participant</w:t>
            </w:r>
          </w:p>
        </w:tc>
        <w:tc>
          <w:tcPr>
            <w:tcW w:w="2556" w:type="dxa"/>
          </w:tcPr>
          <w:p w14:paraId="4950ADE3"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372BC804"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25A5002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5BEEAA8" w14:textId="77777777" w:rsidTr="00A90DFA">
        <w:tc>
          <w:tcPr>
            <w:tcW w:w="2556" w:type="dxa"/>
          </w:tcPr>
          <w:p w14:paraId="2E009D58" w14:textId="77777777" w:rsidR="0069068D" w:rsidRPr="00E459CD" w:rsidRDefault="0069068D" w:rsidP="0069068D">
            <w:pPr>
              <w:rPr>
                <w:rFonts w:ascii="Aptos" w:hAnsi="Aptos"/>
              </w:rPr>
            </w:pPr>
            <w:r w:rsidRPr="00E459CD">
              <w:rPr>
                <w:rFonts w:ascii="Aptos" w:hAnsi="Aptos"/>
              </w:rPr>
              <w:t>Supervisor</w:t>
            </w:r>
          </w:p>
        </w:tc>
        <w:tc>
          <w:tcPr>
            <w:tcW w:w="2556" w:type="dxa"/>
          </w:tcPr>
          <w:p w14:paraId="68A0F2A9"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018A385B"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2EA0B14F" w14:textId="77777777" w:rsidR="0069068D" w:rsidRPr="00E459CD" w:rsidRDefault="0069068D" w:rsidP="0069068D">
            <w:pPr>
              <w:rPr>
                <w:rFonts w:ascii="Aptos" w:hAnsi="Aptos"/>
              </w:rPr>
            </w:pPr>
            <w:r w:rsidRPr="00E459CD">
              <w:rPr>
                <w:rFonts w:ascii="Aptos" w:hAnsi="Aptos"/>
              </w:rPr>
              <w:t xml:space="preserve"> </w:t>
            </w:r>
          </w:p>
        </w:tc>
      </w:tr>
    </w:tbl>
    <w:p w14:paraId="683D14E5" w14:textId="77777777" w:rsidR="0069068D" w:rsidRPr="00E459CD" w:rsidRDefault="0069068D" w:rsidP="0069068D">
      <w:pPr>
        <w:rPr>
          <w:rFonts w:ascii="Aptos" w:hAnsi="Aptos"/>
        </w:rPr>
      </w:pPr>
    </w:p>
    <w:p w14:paraId="0A577FE5" w14:textId="77777777" w:rsidR="0069068D" w:rsidRPr="00E459CD" w:rsidRDefault="0069068D" w:rsidP="0069068D">
      <w:pPr>
        <w:rPr>
          <w:rFonts w:ascii="Aptos" w:hAnsi="Aptos"/>
        </w:rPr>
      </w:pPr>
      <w:r w:rsidRPr="00E459CD">
        <w:rPr>
          <w:rFonts w:ascii="Aptos" w:hAnsi="Aptos"/>
        </w:rPr>
        <w:br w:type="page"/>
      </w:r>
    </w:p>
    <w:sectPr w:rsidR="0069068D" w:rsidRPr="00E459CD" w:rsidSect="0069068D">
      <w:footerReference w:type="default" r:id="rId8"/>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B4CEF" w14:textId="77777777" w:rsidR="00A916C8" w:rsidRPr="00E459CD" w:rsidRDefault="00A916C8" w:rsidP="003F037B">
      <w:pPr>
        <w:spacing w:after="0" w:line="240" w:lineRule="auto"/>
      </w:pPr>
      <w:r w:rsidRPr="00E459CD">
        <w:separator/>
      </w:r>
    </w:p>
  </w:endnote>
  <w:endnote w:type="continuationSeparator" w:id="0">
    <w:p w14:paraId="16E24555" w14:textId="77777777" w:rsidR="00A916C8" w:rsidRPr="00E459CD" w:rsidRDefault="00A916C8" w:rsidP="003F037B">
      <w:pPr>
        <w:spacing w:after="0" w:line="240" w:lineRule="auto"/>
      </w:pPr>
      <w:r w:rsidRPr="00E459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2755F0A-7CEF-44D4-815C-EDB5E05861EA}"/>
  </w:font>
  <w:font w:name="Times New Roman">
    <w:panose1 w:val="02020603050405020304"/>
    <w:charset w:val="00"/>
    <w:family w:val="roman"/>
    <w:pitch w:val="variable"/>
    <w:sig w:usb0="E0002EFF" w:usb1="C000785B" w:usb2="00000009" w:usb3="00000000" w:csb0="000001FF" w:csb1="00000000"/>
    <w:embedRegular r:id="rId2" w:fontKey="{9A1E79D8-478D-423D-A346-4A87F4D77548}"/>
    <w:embedBold r:id="rId3" w:fontKey="{CCBC78D8-EFC7-4DC4-9983-C36F968B7EB0}"/>
    <w:embedItalic r:id="rId4" w:fontKey="{1157BB0A-EF77-4791-AB89-EDC3BEEA4024}"/>
    <w:embedBoldItalic r:id="rId5" w:fontKey="{A21FBC23-F319-452D-9177-ABC2EC04EA5D}"/>
  </w:font>
  <w:font w:name="Courier New">
    <w:panose1 w:val="02070309020205020404"/>
    <w:charset w:val="00"/>
    <w:family w:val="modern"/>
    <w:pitch w:val="fixed"/>
    <w:sig w:usb0="E0002EFF" w:usb1="C0007843" w:usb2="00000009" w:usb3="00000000" w:csb0="000001FF" w:csb1="00000000"/>
    <w:embedRegular r:id="rId6" w:fontKey="{F4AC1314-5D2A-4CB8-B445-5D62FDE18D07}"/>
  </w:font>
  <w:font w:name="Wingdings">
    <w:panose1 w:val="05000000000000000000"/>
    <w:charset w:val="02"/>
    <w:family w:val="auto"/>
    <w:pitch w:val="variable"/>
    <w:sig w:usb0="00000000" w:usb1="10000000" w:usb2="00000000" w:usb3="00000000" w:csb0="80000000" w:csb1="00000000"/>
    <w:embedRegular r:id="rId7" w:fontKey="{00055CC5-038B-4874-9D8A-182F5A9FC1BC}"/>
  </w:font>
  <w:font w:name="Arial">
    <w:panose1 w:val="020B0604020202020204"/>
    <w:charset w:val="00"/>
    <w:family w:val="swiss"/>
    <w:pitch w:val="variable"/>
    <w:sig w:usb0="E0002EFF" w:usb1="C000785B" w:usb2="00000009" w:usb3="00000000" w:csb0="000001FF" w:csb1="00000000"/>
    <w:embedRegular r:id="rId8" w:fontKey="{AFC19A52-B739-4929-8957-8695AD2197B6}"/>
    <w:embedBold r:id="rId9" w:fontKey="{B3B53FEC-650A-4A65-AA5E-C1155189FECA}"/>
    <w:embedItalic r:id="rId10" w:fontKey="{6C4A5345-437C-4B8D-96BE-1918C5BE1511}"/>
    <w:embedBoldItalic r:id="rId11" w:fontKey="{E82F55CB-EE93-4F3D-AB72-CD51DAFC524B}"/>
  </w:font>
  <w:font w:name="Bree Serif">
    <w:panose1 w:val="02000503040000020004"/>
    <w:charset w:val="00"/>
    <w:family w:val="auto"/>
    <w:pitch w:val="variable"/>
    <w:sig w:usb0="A00000AF" w:usb1="4000204B" w:usb2="00000000" w:usb3="00000000" w:csb0="00000093" w:csb1="00000000"/>
    <w:embedRegular r:id="rId12" w:fontKey="{55174039-9966-4346-8150-542CDCB2FC96}"/>
    <w:embedBold r:id="rId13" w:fontKey="{AFBA80DF-105D-4D4E-B408-E6D26DF558CA}"/>
    <w:embedItalic r:id="rId14" w:fontKey="{2174F168-F8E2-4AC3-B910-F7F4E0934197}"/>
  </w:font>
  <w:font w:name="Aptos">
    <w:charset w:val="00"/>
    <w:family w:val="swiss"/>
    <w:pitch w:val="variable"/>
    <w:sig w:usb0="20000287" w:usb1="00000003" w:usb2="00000000" w:usb3="00000000" w:csb0="0000019F" w:csb1="00000000"/>
    <w:embedRegular r:id="rId15" w:fontKey="{46B35B77-062C-4274-93A1-3F5D997CB6E9}"/>
    <w:embedBold r:id="rId16" w:fontKey="{A29D24E4-9CD3-475B-90E0-9154804D7F25}"/>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624342"/>
      <w:docPartObj>
        <w:docPartGallery w:val="Page Numbers (Bottom of Page)"/>
        <w:docPartUnique/>
      </w:docPartObj>
    </w:sdtPr>
    <w:sdtEndPr>
      <w:rPr>
        <w:noProof/>
      </w:rPr>
    </w:sdtEndPr>
    <w:sdtContent>
      <w:p w14:paraId="6A228BD0" w14:textId="60DE2FEC" w:rsidR="00E459CD" w:rsidRDefault="00E45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4E1C4" w14:textId="416D7F5F" w:rsidR="0069068D" w:rsidRPr="00E459CD" w:rsidRDefault="0069068D" w:rsidP="00E45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9BC6B" w14:textId="77777777" w:rsidR="00A916C8" w:rsidRPr="00E459CD" w:rsidRDefault="00A916C8" w:rsidP="003F037B">
      <w:pPr>
        <w:spacing w:after="0" w:line="240" w:lineRule="auto"/>
      </w:pPr>
      <w:r w:rsidRPr="00E459CD">
        <w:separator/>
      </w:r>
    </w:p>
  </w:footnote>
  <w:footnote w:type="continuationSeparator" w:id="0">
    <w:p w14:paraId="600D5043" w14:textId="77777777" w:rsidR="00A916C8" w:rsidRPr="00E459CD" w:rsidRDefault="00A916C8" w:rsidP="003F037B">
      <w:pPr>
        <w:spacing w:after="0" w:line="240" w:lineRule="auto"/>
      </w:pPr>
      <w:r w:rsidRPr="00E459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F7747"/>
    <w:multiLevelType w:val="multilevel"/>
    <w:tmpl w:val="83D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659629">
    <w:abstractNumId w:val="13"/>
  </w:num>
  <w:num w:numId="2" w16cid:durableId="1014766271">
    <w:abstractNumId w:val="10"/>
  </w:num>
  <w:num w:numId="3" w16cid:durableId="1005478783">
    <w:abstractNumId w:val="15"/>
  </w:num>
  <w:num w:numId="4" w16cid:durableId="543910865">
    <w:abstractNumId w:val="18"/>
  </w:num>
  <w:num w:numId="5" w16cid:durableId="1491094833">
    <w:abstractNumId w:val="9"/>
  </w:num>
  <w:num w:numId="6" w16cid:durableId="949312135">
    <w:abstractNumId w:val="21"/>
  </w:num>
  <w:num w:numId="7" w16cid:durableId="1498421165">
    <w:abstractNumId w:val="23"/>
  </w:num>
  <w:num w:numId="8" w16cid:durableId="7106668">
    <w:abstractNumId w:val="17"/>
  </w:num>
  <w:num w:numId="9" w16cid:durableId="916674583">
    <w:abstractNumId w:val="12"/>
  </w:num>
  <w:num w:numId="10" w16cid:durableId="1813013943">
    <w:abstractNumId w:val="14"/>
  </w:num>
  <w:num w:numId="11" w16cid:durableId="1284121210">
    <w:abstractNumId w:val="22"/>
  </w:num>
  <w:num w:numId="12" w16cid:durableId="164520335">
    <w:abstractNumId w:val="24"/>
  </w:num>
  <w:num w:numId="13" w16cid:durableId="1950744665">
    <w:abstractNumId w:val="11"/>
  </w:num>
  <w:num w:numId="14" w16cid:durableId="1263344578">
    <w:abstractNumId w:val="22"/>
  </w:num>
  <w:num w:numId="15" w16cid:durableId="34474405">
    <w:abstractNumId w:val="19"/>
  </w:num>
  <w:num w:numId="16" w16cid:durableId="607280691">
    <w:abstractNumId w:val="20"/>
  </w:num>
  <w:num w:numId="17" w16cid:durableId="499734165">
    <w:abstractNumId w:val="16"/>
  </w:num>
  <w:num w:numId="18" w16cid:durableId="1471168657">
    <w:abstractNumId w:val="8"/>
  </w:num>
  <w:num w:numId="19" w16cid:durableId="240406839">
    <w:abstractNumId w:val="6"/>
  </w:num>
  <w:num w:numId="20" w16cid:durableId="973830047">
    <w:abstractNumId w:val="5"/>
  </w:num>
  <w:num w:numId="21" w16cid:durableId="218127740">
    <w:abstractNumId w:val="4"/>
  </w:num>
  <w:num w:numId="22" w16cid:durableId="1087117417">
    <w:abstractNumId w:val="7"/>
  </w:num>
  <w:num w:numId="23" w16cid:durableId="516694563">
    <w:abstractNumId w:val="3"/>
  </w:num>
  <w:num w:numId="24" w16cid:durableId="1241405757">
    <w:abstractNumId w:val="2"/>
  </w:num>
  <w:num w:numId="25" w16cid:durableId="2075882965">
    <w:abstractNumId w:val="1"/>
  </w:num>
  <w:num w:numId="26" w16cid:durableId="1697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94E27"/>
    <w:rsid w:val="001101C3"/>
    <w:rsid w:val="001727E7"/>
    <w:rsid w:val="00201C81"/>
    <w:rsid w:val="002358A6"/>
    <w:rsid w:val="002B14A0"/>
    <w:rsid w:val="00327211"/>
    <w:rsid w:val="00351171"/>
    <w:rsid w:val="003A4C80"/>
    <w:rsid w:val="003B6FA1"/>
    <w:rsid w:val="003B7015"/>
    <w:rsid w:val="003E5324"/>
    <w:rsid w:val="003F037B"/>
    <w:rsid w:val="003F34A1"/>
    <w:rsid w:val="00410309"/>
    <w:rsid w:val="00420482"/>
    <w:rsid w:val="00426F5A"/>
    <w:rsid w:val="0047176A"/>
    <w:rsid w:val="00477729"/>
    <w:rsid w:val="00484426"/>
    <w:rsid w:val="004907AF"/>
    <w:rsid w:val="004B525A"/>
    <w:rsid w:val="004D0936"/>
    <w:rsid w:val="00516C2F"/>
    <w:rsid w:val="0052048C"/>
    <w:rsid w:val="00551851"/>
    <w:rsid w:val="005E3D09"/>
    <w:rsid w:val="00606637"/>
    <w:rsid w:val="00617AEF"/>
    <w:rsid w:val="006219B5"/>
    <w:rsid w:val="00645BFF"/>
    <w:rsid w:val="00673D92"/>
    <w:rsid w:val="00680120"/>
    <w:rsid w:val="00687118"/>
    <w:rsid w:val="0069068D"/>
    <w:rsid w:val="006916B2"/>
    <w:rsid w:val="006E1BFF"/>
    <w:rsid w:val="007A6C12"/>
    <w:rsid w:val="007C05AA"/>
    <w:rsid w:val="00803C6B"/>
    <w:rsid w:val="008122CA"/>
    <w:rsid w:val="00843CBB"/>
    <w:rsid w:val="00863EA2"/>
    <w:rsid w:val="008904A1"/>
    <w:rsid w:val="008E2488"/>
    <w:rsid w:val="009B00B4"/>
    <w:rsid w:val="009D217C"/>
    <w:rsid w:val="009E5C16"/>
    <w:rsid w:val="00A13860"/>
    <w:rsid w:val="00A1529B"/>
    <w:rsid w:val="00A916C8"/>
    <w:rsid w:val="00A94B1C"/>
    <w:rsid w:val="00AA0FA3"/>
    <w:rsid w:val="00AF0C16"/>
    <w:rsid w:val="00B9218C"/>
    <w:rsid w:val="00B94963"/>
    <w:rsid w:val="00C033CE"/>
    <w:rsid w:val="00C164D0"/>
    <w:rsid w:val="00C47B58"/>
    <w:rsid w:val="00C65150"/>
    <w:rsid w:val="00CB2B7F"/>
    <w:rsid w:val="00CE3FBB"/>
    <w:rsid w:val="00CE7ECC"/>
    <w:rsid w:val="00D610F5"/>
    <w:rsid w:val="00DB355C"/>
    <w:rsid w:val="00DF754F"/>
    <w:rsid w:val="00E20EE8"/>
    <w:rsid w:val="00E459CD"/>
    <w:rsid w:val="00E47762"/>
    <w:rsid w:val="00E5370C"/>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3A4C80"/>
    <w:pPr>
      <w:keepNext/>
      <w:keepLines/>
      <w:spacing w:after="240" w:line="240" w:lineRule="auto"/>
      <w:outlineLvl w:val="0"/>
    </w:pPr>
    <w:rPr>
      <w:rFonts w:ascii="Bree Serif" w:eastAsiaTheme="majorEastAsia" w:hAnsi="Bree Serif" w:cstheme="majorBidi"/>
      <w:color w:val="007777" w:themeColor="accent1"/>
      <w:sz w:val="24"/>
      <w:szCs w:val="24"/>
      <w:lang w:val="en-US" w:bidi="en-US"/>
    </w:rPr>
  </w:style>
  <w:style w:type="paragraph" w:styleId="Heading2">
    <w:name w:val="heading 2"/>
    <w:basedOn w:val="Normal"/>
    <w:next w:val="Normal"/>
    <w:link w:val="Heading2Char"/>
    <w:autoRedefine/>
    <w:uiPriority w:val="9"/>
    <w:unhideWhenUsed/>
    <w:qFormat/>
    <w:rsid w:val="003A4C80"/>
    <w:pPr>
      <w:keepNext/>
      <w:keepLines/>
      <w:spacing w:after="120"/>
      <w:outlineLvl w:val="1"/>
    </w:pPr>
    <w:rPr>
      <w:rFonts w:ascii="Aptos" w:eastAsiaTheme="majorEastAsia" w:hAnsi="Aptos" w:cstheme="majorBidi"/>
      <w:b/>
      <w:bCs/>
      <w:color w:val="93430C" w:themeColor="accent2" w:themeShade="BF"/>
      <w:sz w:val="24"/>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semiHidden/>
    <w:unhideWhenUsed/>
    <w:qFormat/>
    <w:rsid w:val="0069068D"/>
    <w:pPr>
      <w:keepNext/>
      <w:keepLines/>
      <w:spacing w:before="200" w:after="0" w:line="276" w:lineRule="auto"/>
      <w:outlineLvl w:val="4"/>
    </w:pPr>
    <w:rPr>
      <w:rFonts w:asciiTheme="majorHAnsi" w:eastAsiaTheme="majorEastAsia" w:hAnsiTheme="majorHAnsi" w:cstheme="majorBidi"/>
      <w:color w:val="003B3B" w:themeColor="accent1" w:themeShade="7F"/>
      <w:sz w:val="20"/>
      <w:lang w:val="en-US"/>
    </w:rPr>
  </w:style>
  <w:style w:type="paragraph" w:styleId="Heading6">
    <w:name w:val="heading 6"/>
    <w:basedOn w:val="Normal"/>
    <w:next w:val="Normal"/>
    <w:link w:val="Heading6Char"/>
    <w:uiPriority w:val="9"/>
    <w:semiHidden/>
    <w:unhideWhenUsed/>
    <w:qFormat/>
    <w:rsid w:val="0069068D"/>
    <w:pPr>
      <w:keepNext/>
      <w:keepLines/>
      <w:spacing w:before="200" w:after="0" w:line="276" w:lineRule="auto"/>
      <w:outlineLvl w:val="5"/>
    </w:pPr>
    <w:rPr>
      <w:rFonts w:asciiTheme="majorHAnsi" w:eastAsiaTheme="majorEastAsia" w:hAnsiTheme="majorHAnsi" w:cstheme="majorBidi"/>
      <w:i/>
      <w:iCs/>
      <w:color w:val="003B3B" w:themeColor="accent1" w:themeShade="7F"/>
      <w:sz w:val="20"/>
      <w:lang w:val="en-US"/>
    </w:rPr>
  </w:style>
  <w:style w:type="paragraph" w:styleId="Heading7">
    <w:name w:val="heading 7"/>
    <w:basedOn w:val="Normal"/>
    <w:next w:val="Normal"/>
    <w:link w:val="Heading7Char"/>
    <w:uiPriority w:val="9"/>
    <w:semiHidden/>
    <w:unhideWhenUsed/>
    <w:qFormat/>
    <w:rsid w:val="0069068D"/>
    <w:pPr>
      <w:keepNext/>
      <w:keepLines/>
      <w:spacing w:before="200" w:after="0" w:line="276" w:lineRule="auto"/>
      <w:outlineLvl w:val="6"/>
    </w:pPr>
    <w:rPr>
      <w:rFonts w:asciiTheme="majorHAnsi" w:eastAsiaTheme="majorEastAsia" w:hAnsiTheme="majorHAnsi" w:cstheme="majorBidi"/>
      <w:i/>
      <w:iCs/>
      <w:color w:val="404040" w:themeColor="text1" w:themeTint="BF"/>
      <w:sz w:val="20"/>
      <w:lang w:val="en-US"/>
    </w:rPr>
  </w:style>
  <w:style w:type="paragraph" w:styleId="Heading8">
    <w:name w:val="heading 8"/>
    <w:basedOn w:val="Normal"/>
    <w:next w:val="Normal"/>
    <w:link w:val="Heading8Char"/>
    <w:uiPriority w:val="9"/>
    <w:semiHidden/>
    <w:unhideWhenUsed/>
    <w:qFormat/>
    <w:rsid w:val="0069068D"/>
    <w:pPr>
      <w:keepNext/>
      <w:keepLines/>
      <w:spacing w:before="200" w:after="0" w:line="276" w:lineRule="auto"/>
      <w:outlineLvl w:val="7"/>
    </w:pPr>
    <w:rPr>
      <w:rFonts w:asciiTheme="majorHAnsi" w:eastAsiaTheme="majorEastAsia" w:hAnsiTheme="majorHAnsi" w:cstheme="majorBidi"/>
      <w:color w:val="007777" w:themeColor="accent1"/>
      <w:sz w:val="20"/>
      <w:szCs w:val="20"/>
      <w:lang w:val="en-US"/>
    </w:rPr>
  </w:style>
  <w:style w:type="paragraph" w:styleId="Heading9">
    <w:name w:val="heading 9"/>
    <w:basedOn w:val="Normal"/>
    <w:next w:val="Normal"/>
    <w:link w:val="Heading9Char"/>
    <w:uiPriority w:val="9"/>
    <w:semiHidden/>
    <w:unhideWhenUsed/>
    <w:qFormat/>
    <w:rsid w:val="0069068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4C80"/>
    <w:rPr>
      <w:rFonts w:ascii="Bree Serif" w:eastAsiaTheme="majorEastAsia" w:hAnsi="Bree Serif" w:cstheme="majorBidi"/>
      <w:color w:val="007777" w:themeColor="accent1"/>
      <w:sz w:val="24"/>
      <w:szCs w:val="24"/>
      <w:lang w:val="en-US" w:bidi="en-US"/>
    </w:rPr>
  </w:style>
  <w:style w:type="character" w:customStyle="1" w:styleId="Heading2Char">
    <w:name w:val="Heading 2 Char"/>
    <w:basedOn w:val="DefaultParagraphFont"/>
    <w:link w:val="Heading2"/>
    <w:uiPriority w:val="9"/>
    <w:rsid w:val="003A4C80"/>
    <w:rPr>
      <w:rFonts w:ascii="Aptos" w:eastAsiaTheme="majorEastAsia" w:hAnsi="Aptos" w:cstheme="majorBidi"/>
      <w:b/>
      <w:bCs/>
      <w:color w:val="93430C" w:themeColor="accent2" w:themeShade="BF"/>
      <w:sz w:val="24"/>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C033CE"/>
    <w:rPr>
      <w:sz w:val="16"/>
      <w:szCs w:val="16"/>
    </w:rPr>
  </w:style>
  <w:style w:type="paragraph" w:styleId="CommentText">
    <w:name w:val="annotation text"/>
    <w:basedOn w:val="Normal"/>
    <w:link w:val="CommentTextChar"/>
    <w:uiPriority w:val="99"/>
    <w:unhideWhenUsed/>
    <w:rsid w:val="00C033CE"/>
    <w:pPr>
      <w:spacing w:line="240" w:lineRule="auto"/>
    </w:pPr>
    <w:rPr>
      <w:sz w:val="20"/>
      <w:szCs w:val="20"/>
    </w:rPr>
  </w:style>
  <w:style w:type="character" w:customStyle="1" w:styleId="CommentTextChar">
    <w:name w:val="Comment Text Char"/>
    <w:basedOn w:val="DefaultParagraphFont"/>
    <w:link w:val="CommentText"/>
    <w:uiPriority w:val="99"/>
    <w:rsid w:val="00C033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33CE"/>
    <w:rPr>
      <w:b/>
      <w:bCs/>
    </w:rPr>
  </w:style>
  <w:style w:type="character" w:customStyle="1" w:styleId="CommentSubjectChar">
    <w:name w:val="Comment Subject Char"/>
    <w:basedOn w:val="CommentTextChar"/>
    <w:link w:val="CommentSubject"/>
    <w:uiPriority w:val="99"/>
    <w:semiHidden/>
    <w:rsid w:val="00C033CE"/>
    <w:rPr>
      <w:rFonts w:ascii="Arial" w:hAnsi="Arial"/>
      <w:b/>
      <w:bCs/>
      <w:sz w:val="20"/>
      <w:szCs w:val="20"/>
    </w:rPr>
  </w:style>
  <w:style w:type="character" w:customStyle="1" w:styleId="Heading5Char">
    <w:name w:val="Heading 5 Char"/>
    <w:basedOn w:val="DefaultParagraphFont"/>
    <w:link w:val="Heading5"/>
    <w:uiPriority w:val="9"/>
    <w:semiHidden/>
    <w:rsid w:val="0069068D"/>
    <w:rPr>
      <w:rFonts w:asciiTheme="majorHAnsi" w:eastAsiaTheme="majorEastAsia" w:hAnsiTheme="majorHAnsi" w:cstheme="majorBidi"/>
      <w:color w:val="003B3B" w:themeColor="accent1" w:themeShade="7F"/>
      <w:sz w:val="20"/>
      <w:lang w:val="en-US"/>
    </w:rPr>
  </w:style>
  <w:style w:type="character" w:customStyle="1" w:styleId="Heading6Char">
    <w:name w:val="Heading 6 Char"/>
    <w:basedOn w:val="DefaultParagraphFont"/>
    <w:link w:val="Heading6"/>
    <w:uiPriority w:val="9"/>
    <w:semiHidden/>
    <w:rsid w:val="0069068D"/>
    <w:rPr>
      <w:rFonts w:asciiTheme="majorHAnsi" w:eastAsiaTheme="majorEastAsia" w:hAnsiTheme="majorHAnsi" w:cstheme="majorBidi"/>
      <w:i/>
      <w:iCs/>
      <w:color w:val="003B3B" w:themeColor="accent1" w:themeShade="7F"/>
      <w:sz w:val="20"/>
      <w:lang w:val="en-US"/>
    </w:rPr>
  </w:style>
  <w:style w:type="character" w:customStyle="1" w:styleId="Heading7Char">
    <w:name w:val="Heading 7 Char"/>
    <w:basedOn w:val="DefaultParagraphFont"/>
    <w:link w:val="Heading7"/>
    <w:uiPriority w:val="9"/>
    <w:semiHidden/>
    <w:rsid w:val="0069068D"/>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9068D"/>
    <w:rPr>
      <w:rFonts w:asciiTheme="majorHAnsi" w:eastAsiaTheme="majorEastAsia" w:hAnsiTheme="majorHAnsi" w:cstheme="majorBidi"/>
      <w:color w:val="007777" w:themeColor="accent1"/>
      <w:sz w:val="20"/>
      <w:szCs w:val="20"/>
      <w:lang w:val="en-US"/>
    </w:rPr>
  </w:style>
  <w:style w:type="character" w:customStyle="1" w:styleId="Heading9Char">
    <w:name w:val="Heading 9 Char"/>
    <w:basedOn w:val="DefaultParagraphFont"/>
    <w:link w:val="Heading9"/>
    <w:uiPriority w:val="9"/>
    <w:semiHidden/>
    <w:rsid w:val="0069068D"/>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69068D"/>
    <w:pPr>
      <w:spacing w:after="0" w:line="240" w:lineRule="auto"/>
    </w:pPr>
    <w:rPr>
      <w:rFonts w:eastAsiaTheme="minorEastAsia"/>
      <w:lang w:val="en-US"/>
    </w:rPr>
  </w:style>
  <w:style w:type="paragraph" w:styleId="Title">
    <w:name w:val="Title"/>
    <w:basedOn w:val="Normal"/>
    <w:next w:val="Normal"/>
    <w:link w:val="TitleChar"/>
    <w:uiPriority w:val="10"/>
    <w:qFormat/>
    <w:rsid w:val="0069068D"/>
    <w:pPr>
      <w:pBdr>
        <w:bottom w:val="single" w:sz="8" w:space="4" w:color="007777" w:themeColor="accent1"/>
      </w:pBdr>
      <w:spacing w:after="300" w:line="240" w:lineRule="auto"/>
      <w:contextualSpacing/>
    </w:pPr>
    <w:rPr>
      <w:rFonts w:asciiTheme="majorHAnsi" w:eastAsiaTheme="majorEastAsia" w:hAnsiTheme="majorHAnsi" w:cstheme="majorBidi"/>
      <w:b/>
      <w:color w:val="007C7A"/>
      <w:spacing w:val="5"/>
      <w:kern w:val="28"/>
      <w:sz w:val="44"/>
      <w:szCs w:val="52"/>
      <w:lang w:val="en-US"/>
    </w:rPr>
  </w:style>
  <w:style w:type="character" w:customStyle="1" w:styleId="TitleChar">
    <w:name w:val="Title Char"/>
    <w:basedOn w:val="DefaultParagraphFont"/>
    <w:link w:val="Title"/>
    <w:uiPriority w:val="10"/>
    <w:rsid w:val="0069068D"/>
    <w:rPr>
      <w:rFonts w:asciiTheme="majorHAnsi" w:eastAsiaTheme="majorEastAsia" w:hAnsiTheme="majorHAnsi" w:cstheme="majorBidi"/>
      <w:b/>
      <w:color w:val="007C7A"/>
      <w:spacing w:val="5"/>
      <w:kern w:val="28"/>
      <w:sz w:val="44"/>
      <w:szCs w:val="52"/>
      <w:lang w:val="en-US"/>
    </w:rPr>
  </w:style>
  <w:style w:type="paragraph" w:styleId="Subtitle">
    <w:name w:val="Subtitle"/>
    <w:basedOn w:val="Normal"/>
    <w:next w:val="Normal"/>
    <w:link w:val="SubtitleChar"/>
    <w:uiPriority w:val="11"/>
    <w:qFormat/>
    <w:rsid w:val="0069068D"/>
    <w:pPr>
      <w:numPr>
        <w:ilvl w:val="1"/>
      </w:numPr>
      <w:spacing w:after="200" w:line="276" w:lineRule="auto"/>
    </w:pPr>
    <w:rPr>
      <w:rFonts w:asciiTheme="majorHAnsi" w:eastAsiaTheme="majorEastAsia" w:hAnsiTheme="majorHAnsi" w:cstheme="majorBidi"/>
      <w:i/>
      <w:iCs/>
      <w:color w:val="007777" w:themeColor="accent1"/>
      <w:spacing w:val="15"/>
      <w:sz w:val="24"/>
      <w:szCs w:val="24"/>
      <w:lang w:val="en-US"/>
    </w:rPr>
  </w:style>
  <w:style w:type="character" w:customStyle="1" w:styleId="SubtitleChar">
    <w:name w:val="Subtitle Char"/>
    <w:basedOn w:val="DefaultParagraphFont"/>
    <w:link w:val="Subtitle"/>
    <w:uiPriority w:val="11"/>
    <w:rsid w:val="0069068D"/>
    <w:rPr>
      <w:rFonts w:asciiTheme="majorHAnsi" w:eastAsiaTheme="majorEastAsia" w:hAnsiTheme="majorHAnsi" w:cstheme="majorBidi"/>
      <w:i/>
      <w:iCs/>
      <w:color w:val="007777" w:themeColor="accent1"/>
      <w:spacing w:val="15"/>
      <w:sz w:val="24"/>
      <w:szCs w:val="24"/>
      <w:lang w:val="en-US"/>
    </w:rPr>
  </w:style>
  <w:style w:type="paragraph" w:styleId="BodyText">
    <w:name w:val="Body Text"/>
    <w:basedOn w:val="Normal"/>
    <w:link w:val="BodyTextChar"/>
    <w:uiPriority w:val="99"/>
    <w:unhideWhenUsed/>
    <w:rsid w:val="0069068D"/>
    <w:pPr>
      <w:spacing w:after="120" w:line="276" w:lineRule="auto"/>
    </w:pPr>
    <w:rPr>
      <w:rFonts w:eastAsia="Arial"/>
      <w:sz w:val="20"/>
      <w:lang w:val="en-US"/>
    </w:rPr>
  </w:style>
  <w:style w:type="character" w:customStyle="1" w:styleId="BodyTextChar">
    <w:name w:val="Body Text Char"/>
    <w:basedOn w:val="DefaultParagraphFont"/>
    <w:link w:val="BodyText"/>
    <w:uiPriority w:val="99"/>
    <w:rsid w:val="0069068D"/>
    <w:rPr>
      <w:rFonts w:ascii="Arial" w:eastAsia="Arial" w:hAnsi="Arial"/>
      <w:sz w:val="20"/>
      <w:lang w:val="en-US"/>
    </w:rPr>
  </w:style>
  <w:style w:type="paragraph" w:styleId="BodyText2">
    <w:name w:val="Body Text 2"/>
    <w:basedOn w:val="Normal"/>
    <w:link w:val="BodyText2Char"/>
    <w:uiPriority w:val="99"/>
    <w:unhideWhenUsed/>
    <w:rsid w:val="0069068D"/>
    <w:pPr>
      <w:spacing w:after="120" w:line="480" w:lineRule="auto"/>
    </w:pPr>
    <w:rPr>
      <w:rFonts w:eastAsia="Arial"/>
      <w:sz w:val="20"/>
      <w:lang w:val="en-US"/>
    </w:rPr>
  </w:style>
  <w:style w:type="character" w:customStyle="1" w:styleId="BodyText2Char">
    <w:name w:val="Body Text 2 Char"/>
    <w:basedOn w:val="DefaultParagraphFont"/>
    <w:link w:val="BodyText2"/>
    <w:uiPriority w:val="99"/>
    <w:rsid w:val="0069068D"/>
    <w:rPr>
      <w:rFonts w:ascii="Arial" w:eastAsia="Arial" w:hAnsi="Arial"/>
      <w:sz w:val="20"/>
      <w:lang w:val="en-US"/>
    </w:rPr>
  </w:style>
  <w:style w:type="paragraph" w:styleId="BodyText3">
    <w:name w:val="Body Text 3"/>
    <w:basedOn w:val="Normal"/>
    <w:link w:val="BodyText3Char"/>
    <w:uiPriority w:val="99"/>
    <w:unhideWhenUsed/>
    <w:rsid w:val="0069068D"/>
    <w:pPr>
      <w:spacing w:after="120" w:line="276" w:lineRule="auto"/>
    </w:pPr>
    <w:rPr>
      <w:rFonts w:eastAsia="Arial"/>
      <w:sz w:val="16"/>
      <w:szCs w:val="16"/>
      <w:lang w:val="en-US"/>
    </w:rPr>
  </w:style>
  <w:style w:type="character" w:customStyle="1" w:styleId="BodyText3Char">
    <w:name w:val="Body Text 3 Char"/>
    <w:basedOn w:val="DefaultParagraphFont"/>
    <w:link w:val="BodyText3"/>
    <w:uiPriority w:val="99"/>
    <w:rsid w:val="0069068D"/>
    <w:rPr>
      <w:rFonts w:ascii="Arial" w:eastAsia="Arial" w:hAnsi="Arial"/>
      <w:sz w:val="16"/>
      <w:szCs w:val="16"/>
      <w:lang w:val="en-US"/>
    </w:rPr>
  </w:style>
  <w:style w:type="paragraph" w:styleId="List">
    <w:name w:val="List"/>
    <w:basedOn w:val="Normal"/>
    <w:uiPriority w:val="99"/>
    <w:unhideWhenUsed/>
    <w:rsid w:val="0069068D"/>
    <w:pPr>
      <w:spacing w:after="200" w:line="276" w:lineRule="auto"/>
      <w:ind w:left="360" w:hanging="360"/>
      <w:contextualSpacing/>
    </w:pPr>
    <w:rPr>
      <w:rFonts w:eastAsia="Arial"/>
      <w:sz w:val="20"/>
      <w:lang w:val="en-US"/>
    </w:rPr>
  </w:style>
  <w:style w:type="paragraph" w:styleId="List2">
    <w:name w:val="List 2"/>
    <w:basedOn w:val="Normal"/>
    <w:uiPriority w:val="99"/>
    <w:unhideWhenUsed/>
    <w:rsid w:val="0069068D"/>
    <w:pPr>
      <w:spacing w:after="200" w:line="276" w:lineRule="auto"/>
      <w:ind w:left="720" w:hanging="360"/>
      <w:contextualSpacing/>
    </w:pPr>
    <w:rPr>
      <w:rFonts w:eastAsia="Arial"/>
      <w:sz w:val="20"/>
      <w:lang w:val="en-US"/>
    </w:rPr>
  </w:style>
  <w:style w:type="paragraph" w:styleId="List3">
    <w:name w:val="List 3"/>
    <w:basedOn w:val="Normal"/>
    <w:uiPriority w:val="99"/>
    <w:unhideWhenUsed/>
    <w:rsid w:val="0069068D"/>
    <w:pPr>
      <w:spacing w:after="200" w:line="276" w:lineRule="auto"/>
      <w:ind w:left="1080" w:hanging="360"/>
      <w:contextualSpacing/>
    </w:pPr>
    <w:rPr>
      <w:rFonts w:eastAsia="Arial"/>
      <w:sz w:val="20"/>
      <w:lang w:val="en-US"/>
    </w:rPr>
  </w:style>
  <w:style w:type="paragraph" w:styleId="ListBullet">
    <w:name w:val="List Bullet"/>
    <w:basedOn w:val="Normal"/>
    <w:uiPriority w:val="99"/>
    <w:unhideWhenUsed/>
    <w:rsid w:val="0069068D"/>
    <w:pPr>
      <w:numPr>
        <w:numId w:val="18"/>
      </w:numPr>
      <w:tabs>
        <w:tab w:val="clear" w:pos="360"/>
      </w:tabs>
      <w:spacing w:after="200" w:line="276" w:lineRule="auto"/>
      <w:ind w:left="0" w:firstLine="0"/>
      <w:contextualSpacing/>
    </w:pPr>
    <w:rPr>
      <w:rFonts w:eastAsia="Arial"/>
      <w:sz w:val="20"/>
      <w:lang w:val="en-US"/>
    </w:rPr>
  </w:style>
  <w:style w:type="paragraph" w:styleId="ListBullet2">
    <w:name w:val="List Bullet 2"/>
    <w:basedOn w:val="Normal"/>
    <w:uiPriority w:val="99"/>
    <w:unhideWhenUsed/>
    <w:rsid w:val="0069068D"/>
    <w:pPr>
      <w:numPr>
        <w:numId w:val="19"/>
      </w:numPr>
      <w:tabs>
        <w:tab w:val="clear" w:pos="720"/>
      </w:tabs>
      <w:spacing w:after="200" w:line="276" w:lineRule="auto"/>
      <w:ind w:left="0" w:firstLine="0"/>
      <w:contextualSpacing/>
    </w:pPr>
    <w:rPr>
      <w:rFonts w:eastAsia="Arial"/>
      <w:sz w:val="20"/>
      <w:lang w:val="en-US"/>
    </w:rPr>
  </w:style>
  <w:style w:type="paragraph" w:styleId="ListBullet3">
    <w:name w:val="List Bullet 3"/>
    <w:basedOn w:val="Normal"/>
    <w:uiPriority w:val="99"/>
    <w:unhideWhenUsed/>
    <w:rsid w:val="0069068D"/>
    <w:pPr>
      <w:numPr>
        <w:numId w:val="20"/>
      </w:numPr>
      <w:tabs>
        <w:tab w:val="clear" w:pos="1080"/>
      </w:tabs>
      <w:spacing w:after="200" w:line="276" w:lineRule="auto"/>
      <w:ind w:left="0" w:firstLine="0"/>
      <w:contextualSpacing/>
    </w:pPr>
    <w:rPr>
      <w:rFonts w:eastAsia="Arial"/>
      <w:sz w:val="20"/>
      <w:lang w:val="en-US"/>
    </w:rPr>
  </w:style>
  <w:style w:type="paragraph" w:styleId="ListNumber">
    <w:name w:val="List Number"/>
    <w:basedOn w:val="Normal"/>
    <w:uiPriority w:val="99"/>
    <w:unhideWhenUsed/>
    <w:rsid w:val="0069068D"/>
    <w:pPr>
      <w:numPr>
        <w:numId w:val="22"/>
      </w:numPr>
      <w:tabs>
        <w:tab w:val="clear" w:pos="360"/>
      </w:tabs>
      <w:spacing w:after="200" w:line="276" w:lineRule="auto"/>
      <w:ind w:left="0" w:firstLine="0"/>
      <w:contextualSpacing/>
    </w:pPr>
    <w:rPr>
      <w:rFonts w:eastAsia="Arial"/>
      <w:sz w:val="20"/>
      <w:lang w:val="en-US"/>
    </w:rPr>
  </w:style>
  <w:style w:type="paragraph" w:styleId="ListNumber2">
    <w:name w:val="List Number 2"/>
    <w:basedOn w:val="Normal"/>
    <w:uiPriority w:val="99"/>
    <w:unhideWhenUsed/>
    <w:rsid w:val="0069068D"/>
    <w:pPr>
      <w:numPr>
        <w:numId w:val="23"/>
      </w:numPr>
      <w:tabs>
        <w:tab w:val="clear" w:pos="720"/>
      </w:tabs>
      <w:spacing w:after="200" w:line="276" w:lineRule="auto"/>
      <w:ind w:left="0" w:firstLine="0"/>
      <w:contextualSpacing/>
    </w:pPr>
    <w:rPr>
      <w:rFonts w:eastAsia="Arial"/>
      <w:sz w:val="20"/>
      <w:lang w:val="en-US"/>
    </w:rPr>
  </w:style>
  <w:style w:type="paragraph" w:styleId="ListNumber3">
    <w:name w:val="List Number 3"/>
    <w:basedOn w:val="Normal"/>
    <w:uiPriority w:val="99"/>
    <w:unhideWhenUsed/>
    <w:rsid w:val="0069068D"/>
    <w:pPr>
      <w:numPr>
        <w:numId w:val="24"/>
      </w:numPr>
      <w:tabs>
        <w:tab w:val="clear" w:pos="1080"/>
      </w:tabs>
      <w:spacing w:after="200" w:line="276" w:lineRule="auto"/>
      <w:ind w:left="0" w:firstLine="0"/>
      <w:contextualSpacing/>
    </w:pPr>
    <w:rPr>
      <w:rFonts w:eastAsia="Arial"/>
      <w:sz w:val="20"/>
      <w:lang w:val="en-US"/>
    </w:rPr>
  </w:style>
  <w:style w:type="paragraph" w:styleId="ListContinue">
    <w:name w:val="List Continue"/>
    <w:basedOn w:val="Normal"/>
    <w:uiPriority w:val="99"/>
    <w:unhideWhenUsed/>
    <w:rsid w:val="0069068D"/>
    <w:pPr>
      <w:spacing w:after="120" w:line="276" w:lineRule="auto"/>
      <w:ind w:left="360"/>
      <w:contextualSpacing/>
    </w:pPr>
    <w:rPr>
      <w:rFonts w:eastAsia="Arial"/>
      <w:sz w:val="20"/>
      <w:lang w:val="en-US"/>
    </w:rPr>
  </w:style>
  <w:style w:type="paragraph" w:styleId="ListContinue2">
    <w:name w:val="List Continue 2"/>
    <w:basedOn w:val="Normal"/>
    <w:uiPriority w:val="99"/>
    <w:unhideWhenUsed/>
    <w:rsid w:val="0069068D"/>
    <w:pPr>
      <w:spacing w:after="120" w:line="276" w:lineRule="auto"/>
      <w:ind w:left="720"/>
      <w:contextualSpacing/>
    </w:pPr>
    <w:rPr>
      <w:rFonts w:eastAsia="Arial"/>
      <w:sz w:val="20"/>
      <w:lang w:val="en-US"/>
    </w:rPr>
  </w:style>
  <w:style w:type="paragraph" w:styleId="ListContinue3">
    <w:name w:val="List Continue 3"/>
    <w:basedOn w:val="Normal"/>
    <w:uiPriority w:val="99"/>
    <w:unhideWhenUsed/>
    <w:rsid w:val="0069068D"/>
    <w:pPr>
      <w:spacing w:after="120" w:line="276" w:lineRule="auto"/>
      <w:ind w:left="1080"/>
      <w:contextualSpacing/>
    </w:pPr>
    <w:rPr>
      <w:rFonts w:eastAsia="Arial"/>
      <w:sz w:val="20"/>
      <w:lang w:val="en-US"/>
    </w:rPr>
  </w:style>
  <w:style w:type="paragraph" w:styleId="MacroText">
    <w:name w:val="macro"/>
    <w:link w:val="MacroTextChar"/>
    <w:uiPriority w:val="99"/>
    <w:unhideWhenUsed/>
    <w:rsid w:val="0069068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69068D"/>
    <w:rPr>
      <w:rFonts w:ascii="Courier" w:eastAsiaTheme="minorEastAsia" w:hAnsi="Courier"/>
      <w:sz w:val="20"/>
      <w:szCs w:val="20"/>
      <w:lang w:val="en-US"/>
    </w:rPr>
  </w:style>
  <w:style w:type="paragraph" w:styleId="Quote">
    <w:name w:val="Quote"/>
    <w:basedOn w:val="Normal"/>
    <w:next w:val="Normal"/>
    <w:link w:val="QuoteChar"/>
    <w:uiPriority w:val="29"/>
    <w:qFormat/>
    <w:rsid w:val="0069068D"/>
    <w:pPr>
      <w:spacing w:after="200" w:line="276" w:lineRule="auto"/>
    </w:pPr>
    <w:rPr>
      <w:rFonts w:eastAsia="Arial"/>
      <w:i/>
      <w:iCs/>
      <w:color w:val="000000" w:themeColor="text1"/>
      <w:sz w:val="20"/>
      <w:lang w:val="en-US"/>
    </w:rPr>
  </w:style>
  <w:style w:type="character" w:customStyle="1" w:styleId="QuoteChar">
    <w:name w:val="Quote Char"/>
    <w:basedOn w:val="DefaultParagraphFont"/>
    <w:link w:val="Quote"/>
    <w:uiPriority w:val="29"/>
    <w:rsid w:val="0069068D"/>
    <w:rPr>
      <w:rFonts w:ascii="Arial" w:eastAsia="Arial" w:hAnsi="Arial"/>
      <w:i/>
      <w:iCs/>
      <w:color w:val="000000" w:themeColor="text1"/>
      <w:sz w:val="20"/>
      <w:lang w:val="en-US"/>
    </w:rPr>
  </w:style>
  <w:style w:type="paragraph" w:styleId="Caption">
    <w:name w:val="caption"/>
    <w:basedOn w:val="Normal"/>
    <w:next w:val="Normal"/>
    <w:uiPriority w:val="35"/>
    <w:semiHidden/>
    <w:unhideWhenUsed/>
    <w:qFormat/>
    <w:rsid w:val="0069068D"/>
    <w:pPr>
      <w:spacing w:after="200" w:line="240" w:lineRule="auto"/>
    </w:pPr>
    <w:rPr>
      <w:rFonts w:eastAsia="Arial"/>
      <w:b/>
      <w:bCs/>
      <w:color w:val="007777" w:themeColor="accent1"/>
      <w:sz w:val="18"/>
      <w:szCs w:val="18"/>
      <w:lang w:val="en-US"/>
    </w:rPr>
  </w:style>
  <w:style w:type="character" w:styleId="Strong">
    <w:name w:val="Strong"/>
    <w:basedOn w:val="DefaultParagraphFont"/>
    <w:uiPriority w:val="22"/>
    <w:qFormat/>
    <w:rsid w:val="0069068D"/>
    <w:rPr>
      <w:b/>
      <w:bCs/>
    </w:rPr>
  </w:style>
  <w:style w:type="character" w:styleId="Emphasis">
    <w:name w:val="Emphasis"/>
    <w:basedOn w:val="DefaultParagraphFont"/>
    <w:uiPriority w:val="20"/>
    <w:qFormat/>
    <w:rsid w:val="0069068D"/>
    <w:rPr>
      <w:i/>
      <w:iCs/>
    </w:rPr>
  </w:style>
  <w:style w:type="paragraph" w:styleId="IntenseQuote">
    <w:name w:val="Intense Quote"/>
    <w:basedOn w:val="Normal"/>
    <w:next w:val="Normal"/>
    <w:link w:val="IntenseQuoteChar"/>
    <w:uiPriority w:val="30"/>
    <w:qFormat/>
    <w:rsid w:val="0069068D"/>
    <w:pPr>
      <w:pBdr>
        <w:bottom w:val="single" w:sz="4" w:space="4" w:color="007777" w:themeColor="accent1"/>
      </w:pBdr>
      <w:spacing w:before="200" w:after="280" w:line="276" w:lineRule="auto"/>
      <w:ind w:left="936" w:right="936"/>
    </w:pPr>
    <w:rPr>
      <w:rFonts w:eastAsia="Arial"/>
      <w:b/>
      <w:bCs/>
      <w:i/>
      <w:iCs/>
      <w:color w:val="007777" w:themeColor="accent1"/>
      <w:sz w:val="20"/>
      <w:lang w:val="en-US"/>
    </w:rPr>
  </w:style>
  <w:style w:type="character" w:customStyle="1" w:styleId="IntenseQuoteChar">
    <w:name w:val="Intense Quote Char"/>
    <w:basedOn w:val="DefaultParagraphFont"/>
    <w:link w:val="IntenseQuote"/>
    <w:uiPriority w:val="30"/>
    <w:rsid w:val="0069068D"/>
    <w:rPr>
      <w:rFonts w:ascii="Arial" w:eastAsia="Arial" w:hAnsi="Arial"/>
      <w:b/>
      <w:bCs/>
      <w:i/>
      <w:iCs/>
      <w:color w:val="007777" w:themeColor="accent1"/>
      <w:sz w:val="20"/>
      <w:lang w:val="en-US"/>
    </w:rPr>
  </w:style>
  <w:style w:type="character" w:styleId="SubtleEmphasis">
    <w:name w:val="Subtle Emphasis"/>
    <w:basedOn w:val="DefaultParagraphFont"/>
    <w:uiPriority w:val="19"/>
    <w:qFormat/>
    <w:rsid w:val="0069068D"/>
    <w:rPr>
      <w:i/>
      <w:iCs/>
      <w:color w:val="808080" w:themeColor="text1" w:themeTint="7F"/>
    </w:rPr>
  </w:style>
  <w:style w:type="character" w:styleId="IntenseEmphasis">
    <w:name w:val="Intense Emphasis"/>
    <w:basedOn w:val="DefaultParagraphFont"/>
    <w:uiPriority w:val="21"/>
    <w:qFormat/>
    <w:rsid w:val="0069068D"/>
    <w:rPr>
      <w:b/>
      <w:bCs/>
      <w:i/>
      <w:iCs/>
      <w:color w:val="007777" w:themeColor="accent1"/>
    </w:rPr>
  </w:style>
  <w:style w:type="character" w:styleId="SubtleReference">
    <w:name w:val="Subtle Reference"/>
    <w:basedOn w:val="DefaultParagraphFont"/>
    <w:uiPriority w:val="31"/>
    <w:qFormat/>
    <w:rsid w:val="0069068D"/>
    <w:rPr>
      <w:smallCaps/>
      <w:color w:val="C55A11" w:themeColor="accent2"/>
      <w:u w:val="single"/>
    </w:rPr>
  </w:style>
  <w:style w:type="character" w:styleId="IntenseReference">
    <w:name w:val="Intense Reference"/>
    <w:basedOn w:val="DefaultParagraphFont"/>
    <w:uiPriority w:val="32"/>
    <w:qFormat/>
    <w:rsid w:val="0069068D"/>
    <w:rPr>
      <w:b/>
      <w:bCs/>
      <w:smallCaps/>
      <w:color w:val="C55A11" w:themeColor="accent2"/>
      <w:spacing w:val="5"/>
      <w:u w:val="single"/>
    </w:rPr>
  </w:style>
  <w:style w:type="character" w:styleId="BookTitle">
    <w:name w:val="Book Title"/>
    <w:basedOn w:val="DefaultParagraphFont"/>
    <w:uiPriority w:val="33"/>
    <w:qFormat/>
    <w:rsid w:val="0069068D"/>
    <w:rPr>
      <w:b/>
      <w:bCs/>
      <w:smallCaps/>
      <w:spacing w:val="5"/>
    </w:rPr>
  </w:style>
  <w:style w:type="table" w:styleId="LightShading">
    <w:name w:val="Light Shading"/>
    <w:basedOn w:val="TableNormal"/>
    <w:uiPriority w:val="60"/>
    <w:rsid w:val="0069068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068D"/>
    <w:pPr>
      <w:spacing w:after="0" w:line="240" w:lineRule="auto"/>
    </w:pPr>
    <w:rPr>
      <w:rFonts w:eastAsiaTheme="minorEastAsia"/>
      <w:color w:val="005959" w:themeColor="accent1" w:themeShade="BF"/>
      <w:lang w:val="en-US"/>
    </w:rPr>
    <w:tblPr>
      <w:tblStyleRowBandSize w:val="1"/>
      <w:tblStyleColBandSize w:val="1"/>
      <w:tblBorders>
        <w:top w:val="single" w:sz="8" w:space="0" w:color="007777" w:themeColor="accent1"/>
        <w:bottom w:val="single" w:sz="8" w:space="0" w:color="007777" w:themeColor="accent1"/>
      </w:tblBorders>
    </w:tblPr>
    <w:tblStylePr w:type="fir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la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left w:val="nil"/>
          <w:right w:val="nil"/>
          <w:insideH w:val="nil"/>
          <w:insideV w:val="nil"/>
        </w:tcBorders>
        <w:shd w:val="clear" w:color="auto" w:fill="9EFFFF" w:themeFill="accent1" w:themeFillTint="3F"/>
      </w:tcPr>
    </w:tblStylePr>
  </w:style>
  <w:style w:type="table" w:styleId="LightShading-Accent2">
    <w:name w:val="Light Shading Accent 2"/>
    <w:basedOn w:val="TableNormal"/>
    <w:uiPriority w:val="60"/>
    <w:rsid w:val="0069068D"/>
    <w:pPr>
      <w:spacing w:after="0" w:line="240" w:lineRule="auto"/>
    </w:pPr>
    <w:rPr>
      <w:rFonts w:eastAsiaTheme="minorEastAsia"/>
      <w:color w:val="93430C" w:themeColor="accent2" w:themeShade="BF"/>
      <w:lang w:val="en-US"/>
    </w:rPr>
    <w:tblPr>
      <w:tblStyleRowBandSize w:val="1"/>
      <w:tblStyleColBandSize w:val="1"/>
      <w:tblBorders>
        <w:top w:val="single" w:sz="8" w:space="0" w:color="C55A11" w:themeColor="accent2"/>
        <w:bottom w:val="single" w:sz="8" w:space="0" w:color="C55A11" w:themeColor="accent2"/>
      </w:tblBorders>
    </w:tblPr>
    <w:tblStylePr w:type="fir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la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left w:val="nil"/>
          <w:right w:val="nil"/>
          <w:insideH w:val="nil"/>
          <w:insideV w:val="nil"/>
        </w:tcBorders>
        <w:shd w:val="clear" w:color="auto" w:fill="F9D4BB" w:themeFill="accent2" w:themeFillTint="3F"/>
      </w:tcPr>
    </w:tblStylePr>
  </w:style>
  <w:style w:type="table" w:styleId="LightShading-Accent3">
    <w:name w:val="Light Shading Accent 3"/>
    <w:basedOn w:val="TableNormal"/>
    <w:uiPriority w:val="60"/>
    <w:rsid w:val="0069068D"/>
    <w:pPr>
      <w:spacing w:after="0" w:line="240" w:lineRule="auto"/>
    </w:pPr>
    <w:rPr>
      <w:rFonts w:eastAsiaTheme="minorEastAsia"/>
      <w:color w:val="00538F" w:themeColor="accent3" w:themeShade="BF"/>
      <w:lang w:val="en-US"/>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rsid w:val="0069068D"/>
    <w:pPr>
      <w:spacing w:after="0" w:line="240" w:lineRule="auto"/>
    </w:pPr>
    <w:rPr>
      <w:rFonts w:eastAsiaTheme="minorEastAsia"/>
      <w:color w:val="980072" w:themeColor="accent4" w:themeShade="BF"/>
      <w:lang w:val="en-US"/>
    </w:rPr>
    <w:tblPr>
      <w:tblStyleRowBandSize w:val="1"/>
      <w:tblStyleColBandSize w:val="1"/>
      <w:tblBorders>
        <w:top w:val="single" w:sz="8" w:space="0" w:color="CC0099" w:themeColor="accent4"/>
        <w:bottom w:val="single" w:sz="8" w:space="0" w:color="CC0099" w:themeColor="accent4"/>
      </w:tblBorders>
    </w:tblPr>
    <w:tblStylePr w:type="fir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la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left w:val="nil"/>
          <w:right w:val="nil"/>
          <w:insideH w:val="nil"/>
          <w:insideV w:val="nil"/>
        </w:tcBorders>
        <w:shd w:val="clear" w:color="auto" w:fill="FFB3EC" w:themeFill="accent4" w:themeFillTint="3F"/>
      </w:tcPr>
    </w:tblStylePr>
  </w:style>
  <w:style w:type="table" w:styleId="LightShading-Accent5">
    <w:name w:val="Light Shading Accent 5"/>
    <w:basedOn w:val="TableNormal"/>
    <w:uiPriority w:val="60"/>
    <w:rsid w:val="0069068D"/>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9068D"/>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pPr>
        <w:spacing w:before="0" w:after="0" w:line="240" w:lineRule="auto"/>
      </w:pPr>
      <w:rPr>
        <w:b/>
        <w:bCs/>
        <w:color w:val="FFFFFF" w:themeColor="background1"/>
      </w:rPr>
      <w:tblPr/>
      <w:tcPr>
        <w:shd w:val="clear" w:color="auto" w:fill="007777" w:themeFill="accent1"/>
      </w:tcPr>
    </w:tblStylePr>
    <w:tblStylePr w:type="lastRow">
      <w:pPr>
        <w:spacing w:before="0" w:after="0" w:line="240" w:lineRule="auto"/>
      </w:pPr>
      <w:rPr>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tcBorders>
      </w:tcPr>
    </w:tblStylePr>
    <w:tblStylePr w:type="firstCol">
      <w:rPr>
        <w:b/>
        <w:bCs/>
      </w:rPr>
    </w:tblStylePr>
    <w:tblStylePr w:type="lastCol">
      <w:rPr>
        <w:b/>
        <w:bCs/>
      </w:r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style>
  <w:style w:type="table" w:styleId="LightList-Accent2">
    <w:name w:val="Light List Accent 2"/>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pPr>
        <w:spacing w:before="0" w:after="0" w:line="240" w:lineRule="auto"/>
      </w:pPr>
      <w:rPr>
        <w:b/>
        <w:bCs/>
        <w:color w:val="FFFFFF" w:themeColor="background1"/>
      </w:rPr>
      <w:tblPr/>
      <w:tcPr>
        <w:shd w:val="clear" w:color="auto" w:fill="C55A11" w:themeFill="accent2"/>
      </w:tcPr>
    </w:tblStylePr>
    <w:tblStylePr w:type="lastRow">
      <w:pPr>
        <w:spacing w:before="0" w:after="0" w:line="240" w:lineRule="auto"/>
      </w:pPr>
      <w:rPr>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tcBorders>
      </w:tcPr>
    </w:tblStylePr>
    <w:tblStylePr w:type="firstCol">
      <w:rPr>
        <w:b/>
        <w:bCs/>
      </w:rPr>
    </w:tblStylePr>
    <w:tblStylePr w:type="lastCol">
      <w:rPr>
        <w:b/>
        <w:bCs/>
      </w:r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style>
  <w:style w:type="table" w:styleId="LightList-Accent3">
    <w:name w:val="Light List Accent 3"/>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pPr>
        <w:spacing w:before="0" w:after="0" w:line="240" w:lineRule="auto"/>
      </w:pPr>
      <w:rPr>
        <w:b/>
        <w:bCs/>
        <w:color w:val="FFFFFF" w:themeColor="background1"/>
      </w:rPr>
      <w:tblPr/>
      <w:tcPr>
        <w:shd w:val="clear" w:color="auto" w:fill="CC0099" w:themeFill="accent4"/>
      </w:tcPr>
    </w:tblStylePr>
    <w:tblStylePr w:type="lastRow">
      <w:pPr>
        <w:spacing w:before="0" w:after="0" w:line="240" w:lineRule="auto"/>
      </w:pPr>
      <w:rPr>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tcBorders>
      </w:tcPr>
    </w:tblStylePr>
    <w:tblStylePr w:type="firstCol">
      <w:rPr>
        <w:b/>
        <w:bCs/>
      </w:rPr>
    </w:tblStylePr>
    <w:tblStylePr w:type="lastCol">
      <w:rPr>
        <w:b/>
        <w:bCs/>
      </w:r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style>
  <w:style w:type="table" w:styleId="LightList-Accent5">
    <w:name w:val="Light List Accent 5"/>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18" w:space="0" w:color="007777" w:themeColor="accent1"/>
          <w:right w:val="single" w:sz="8" w:space="0" w:color="007777" w:themeColor="accent1"/>
          <w:insideH w:val="nil"/>
          <w:insideV w:val="single" w:sz="8" w:space="0" w:color="0077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insideH w:val="nil"/>
          <w:insideV w:val="single" w:sz="8" w:space="0" w:color="0077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shd w:val="clear" w:color="auto" w:fill="9EFFFF" w:themeFill="accent1" w:themeFillTint="3F"/>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shd w:val="clear" w:color="auto" w:fill="9EFFFF" w:themeFill="accent1" w:themeFillTint="3F"/>
      </w:tcPr>
    </w:tblStylePr>
    <w:tblStylePr w:type="band2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tcPr>
    </w:tblStylePr>
  </w:style>
  <w:style w:type="table" w:styleId="LightGrid-Accent2">
    <w:name w:val="Light Grid Accent 2"/>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18" w:space="0" w:color="C55A11" w:themeColor="accent2"/>
          <w:right w:val="single" w:sz="8" w:space="0" w:color="C55A11" w:themeColor="accent2"/>
          <w:insideH w:val="nil"/>
          <w:insideV w:val="single" w:sz="8" w:space="0" w:color="C55A1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insideH w:val="nil"/>
          <w:insideV w:val="single" w:sz="8" w:space="0" w:color="C55A1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shd w:val="clear" w:color="auto" w:fill="F9D4BB" w:themeFill="accent2" w:themeFillTint="3F"/>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shd w:val="clear" w:color="auto" w:fill="F9D4BB" w:themeFill="accent2" w:themeFillTint="3F"/>
      </w:tcPr>
    </w:tblStylePr>
    <w:tblStylePr w:type="band2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tcPr>
    </w:tblStylePr>
  </w:style>
  <w:style w:type="table" w:styleId="LightGrid-Accent3">
    <w:name w:val="Light Grid Accent 3"/>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18" w:space="0" w:color="CC0099" w:themeColor="accent4"/>
          <w:right w:val="single" w:sz="8" w:space="0" w:color="CC0099" w:themeColor="accent4"/>
          <w:insideH w:val="nil"/>
          <w:insideV w:val="single" w:sz="8" w:space="0" w:color="CC00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insideH w:val="nil"/>
          <w:insideV w:val="single" w:sz="8" w:space="0" w:color="CC00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shd w:val="clear" w:color="auto" w:fill="FFB3EC" w:themeFill="accent4" w:themeFillTint="3F"/>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shd w:val="clear" w:color="auto" w:fill="FFB3EC" w:themeFill="accent4" w:themeFillTint="3F"/>
      </w:tcPr>
    </w:tblStylePr>
    <w:tblStylePr w:type="band2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tcPr>
    </w:tblStylePr>
  </w:style>
  <w:style w:type="table" w:styleId="LightGrid-Accent5">
    <w:name w:val="Light Grid Accent 5"/>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tblBorders>
    </w:tblPr>
    <w:tblStylePr w:type="firstRow">
      <w:pPr>
        <w:spacing w:before="0" w:after="0" w:line="240" w:lineRule="auto"/>
      </w:pPr>
      <w:rPr>
        <w:b/>
        <w:bCs/>
        <w:color w:val="FFFFFF" w:themeColor="background1"/>
      </w:rPr>
      <w:tblPr/>
      <w:tcPr>
        <w:tc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shd w:val="clear" w:color="auto" w:fill="007777" w:themeFill="accent1"/>
      </w:tcPr>
    </w:tblStylePr>
    <w:tblStylePr w:type="lastRow">
      <w:pPr>
        <w:spacing w:before="0" w:after="0" w:line="240" w:lineRule="auto"/>
      </w:pPr>
      <w:rPr>
        <w:b/>
        <w:bCs/>
      </w:rPr>
      <w:tblPr/>
      <w:tcPr>
        <w:tcBorders>
          <w:top w:val="double" w:sz="6"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FFF" w:themeFill="accent1" w:themeFillTint="3F"/>
      </w:tcPr>
    </w:tblStylePr>
    <w:tblStylePr w:type="band1Horz">
      <w:tblPr/>
      <w:tcPr>
        <w:tcBorders>
          <w:insideH w:val="nil"/>
          <w:insideV w:val="nil"/>
        </w:tcBorders>
        <w:shd w:val="clear" w:color="auto" w:fill="9E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tblBorders>
    </w:tblPr>
    <w:tblStylePr w:type="firstRow">
      <w:pPr>
        <w:spacing w:before="0" w:after="0" w:line="240" w:lineRule="auto"/>
      </w:pPr>
      <w:rPr>
        <w:b/>
        <w:bCs/>
        <w:color w:val="FFFFFF" w:themeColor="background1"/>
      </w:rPr>
      <w:tblPr/>
      <w:tcPr>
        <w:tc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shd w:val="clear" w:color="auto" w:fill="C55A11" w:themeFill="accent2"/>
      </w:tcPr>
    </w:tblStylePr>
    <w:tblStylePr w:type="lastRow">
      <w:pPr>
        <w:spacing w:before="0" w:after="0" w:line="240" w:lineRule="auto"/>
      </w:pPr>
      <w:rPr>
        <w:b/>
        <w:bCs/>
      </w:rPr>
      <w:tblPr/>
      <w:tcPr>
        <w:tcBorders>
          <w:top w:val="double" w:sz="6"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2" w:themeFillTint="3F"/>
      </w:tcPr>
    </w:tblStylePr>
    <w:tblStylePr w:type="band1Horz">
      <w:tblPr/>
      <w:tcPr>
        <w:tcBorders>
          <w:insideH w:val="nil"/>
          <w:insideV w:val="nil"/>
        </w:tcBorders>
        <w:shd w:val="clear" w:color="auto" w:fill="F9D4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tblBorders>
    </w:tblPr>
    <w:tblStylePr w:type="firstRow">
      <w:pPr>
        <w:spacing w:before="0" w:after="0" w:line="240" w:lineRule="auto"/>
      </w:pPr>
      <w:rPr>
        <w:b/>
        <w:bCs/>
        <w:color w:val="FFFFFF" w:themeColor="background1"/>
      </w:rPr>
      <w:tblPr/>
      <w:tcPr>
        <w:tc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shd w:val="clear" w:color="auto" w:fill="CC0099" w:themeFill="accent4"/>
      </w:tcPr>
    </w:tblStylePr>
    <w:tblStylePr w:type="lastRow">
      <w:pPr>
        <w:spacing w:before="0" w:after="0" w:line="240" w:lineRule="auto"/>
      </w:pPr>
      <w:rPr>
        <w:b/>
        <w:bCs/>
      </w:rPr>
      <w:tblPr/>
      <w:tcPr>
        <w:tcBorders>
          <w:top w:val="double" w:sz="6"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EC" w:themeFill="accent4" w:themeFillTint="3F"/>
      </w:tcPr>
    </w:tblStylePr>
    <w:tblStylePr w:type="band1Horz">
      <w:tblPr/>
      <w:tcPr>
        <w:tcBorders>
          <w:insideH w:val="nil"/>
          <w:insideV w:val="nil"/>
        </w:tcBorders>
        <w:shd w:val="clear" w:color="auto" w:fill="FFB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77" w:themeFill="accent1"/>
      </w:tcPr>
    </w:tblStylePr>
    <w:tblStylePr w:type="lastCol">
      <w:rPr>
        <w:b/>
        <w:bCs/>
        <w:color w:val="FFFFFF" w:themeColor="background1"/>
      </w:rPr>
      <w:tblPr/>
      <w:tcPr>
        <w:tcBorders>
          <w:left w:val="nil"/>
          <w:right w:val="nil"/>
          <w:insideH w:val="nil"/>
          <w:insideV w:val="nil"/>
        </w:tcBorders>
        <w:shd w:val="clear" w:color="auto" w:fill="0077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2"/>
      </w:tcPr>
    </w:tblStylePr>
    <w:tblStylePr w:type="lastCol">
      <w:rPr>
        <w:b/>
        <w:bCs/>
        <w:color w:val="FFFFFF" w:themeColor="background1"/>
      </w:rPr>
      <w:tblPr/>
      <w:tcPr>
        <w:tcBorders>
          <w:left w:val="nil"/>
          <w:right w:val="nil"/>
          <w:insideH w:val="nil"/>
          <w:insideV w:val="nil"/>
        </w:tcBorders>
        <w:shd w:val="clear" w:color="auto" w:fill="C55A1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00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0099" w:themeFill="accent4"/>
      </w:tcPr>
    </w:tblStylePr>
    <w:tblStylePr w:type="lastCol">
      <w:rPr>
        <w:b/>
        <w:bCs/>
        <w:color w:val="FFFFFF" w:themeColor="background1"/>
      </w:rPr>
      <w:tblPr/>
      <w:tcPr>
        <w:tcBorders>
          <w:left w:val="nil"/>
          <w:right w:val="nil"/>
          <w:insideH w:val="nil"/>
          <w:insideV w:val="nil"/>
        </w:tcBorders>
        <w:shd w:val="clear" w:color="auto" w:fill="CC00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777" w:themeColor="accent1"/>
        <w:bottom w:val="single" w:sz="8" w:space="0" w:color="007777" w:themeColor="accent1"/>
      </w:tblBorders>
    </w:tblPr>
    <w:tblStylePr w:type="firstRow">
      <w:rPr>
        <w:rFonts w:asciiTheme="majorHAnsi" w:eastAsiaTheme="majorEastAsia" w:hAnsiTheme="majorHAnsi" w:cstheme="majorBidi"/>
      </w:rPr>
      <w:tblPr/>
      <w:tcPr>
        <w:tcBorders>
          <w:top w:val="nil"/>
          <w:bottom w:val="single" w:sz="8" w:space="0" w:color="007777" w:themeColor="accent1"/>
        </w:tcBorders>
      </w:tcPr>
    </w:tblStylePr>
    <w:tblStylePr w:type="lastRow">
      <w:rPr>
        <w:b/>
        <w:bCs/>
        <w:color w:val="44546A" w:themeColor="text2"/>
      </w:rPr>
      <w:tblPr/>
      <w:tcPr>
        <w:tcBorders>
          <w:top w:val="single" w:sz="8" w:space="0" w:color="007777" w:themeColor="accent1"/>
          <w:bottom w:val="single" w:sz="8" w:space="0" w:color="007777" w:themeColor="accent1"/>
        </w:tcBorders>
      </w:tcPr>
    </w:tblStylePr>
    <w:tblStylePr w:type="firstCol">
      <w:rPr>
        <w:b/>
        <w:bCs/>
      </w:rPr>
    </w:tblStylePr>
    <w:tblStylePr w:type="lastCol">
      <w:rPr>
        <w:b/>
        <w:bCs/>
      </w:rPr>
      <w:tblPr/>
      <w:tcPr>
        <w:tcBorders>
          <w:top w:val="single" w:sz="8" w:space="0" w:color="007777" w:themeColor="accent1"/>
          <w:bottom w:val="single" w:sz="8" w:space="0" w:color="007777" w:themeColor="accent1"/>
        </w:tcBorders>
      </w:tcPr>
    </w:tblStylePr>
    <w:tblStylePr w:type="band1Vert">
      <w:tblPr/>
      <w:tcPr>
        <w:shd w:val="clear" w:color="auto" w:fill="9EFFFF" w:themeFill="accent1" w:themeFillTint="3F"/>
      </w:tcPr>
    </w:tblStylePr>
    <w:tblStylePr w:type="band1Horz">
      <w:tblPr/>
      <w:tcPr>
        <w:shd w:val="clear" w:color="auto" w:fill="9EFFFF" w:themeFill="accent1" w:themeFillTint="3F"/>
      </w:tcPr>
    </w:tblStylePr>
  </w:style>
  <w:style w:type="table" w:styleId="MediumList1-Accent2">
    <w:name w:val="Medium List 1 Accent 2"/>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55A11" w:themeColor="accent2"/>
        <w:bottom w:val="single" w:sz="8" w:space="0" w:color="C55A11" w:themeColor="accent2"/>
      </w:tblBorders>
    </w:tblPr>
    <w:tblStylePr w:type="firstRow">
      <w:rPr>
        <w:rFonts w:asciiTheme="majorHAnsi" w:eastAsiaTheme="majorEastAsia" w:hAnsiTheme="majorHAnsi" w:cstheme="majorBidi"/>
      </w:rPr>
      <w:tblPr/>
      <w:tcPr>
        <w:tcBorders>
          <w:top w:val="nil"/>
          <w:bottom w:val="single" w:sz="8" w:space="0" w:color="C55A11" w:themeColor="accent2"/>
        </w:tcBorders>
      </w:tcPr>
    </w:tblStylePr>
    <w:tblStylePr w:type="lastRow">
      <w:rPr>
        <w:b/>
        <w:bCs/>
        <w:color w:val="44546A" w:themeColor="text2"/>
      </w:rPr>
      <w:tblPr/>
      <w:tcPr>
        <w:tcBorders>
          <w:top w:val="single" w:sz="8" w:space="0" w:color="C55A11" w:themeColor="accent2"/>
          <w:bottom w:val="single" w:sz="8" w:space="0" w:color="C55A11" w:themeColor="accent2"/>
        </w:tcBorders>
      </w:tcPr>
    </w:tblStylePr>
    <w:tblStylePr w:type="firstCol">
      <w:rPr>
        <w:b/>
        <w:bCs/>
      </w:rPr>
    </w:tblStylePr>
    <w:tblStylePr w:type="lastCol">
      <w:rPr>
        <w:b/>
        <w:bCs/>
      </w:rPr>
      <w:tblPr/>
      <w:tcPr>
        <w:tcBorders>
          <w:top w:val="single" w:sz="8" w:space="0" w:color="C55A11" w:themeColor="accent2"/>
          <w:bottom w:val="single" w:sz="8" w:space="0" w:color="C55A11" w:themeColor="accent2"/>
        </w:tcBorders>
      </w:tcPr>
    </w:tblStylePr>
    <w:tblStylePr w:type="band1Vert">
      <w:tblPr/>
      <w:tcPr>
        <w:shd w:val="clear" w:color="auto" w:fill="F9D4BB" w:themeFill="accent2" w:themeFillTint="3F"/>
      </w:tcPr>
    </w:tblStylePr>
    <w:tblStylePr w:type="band1Horz">
      <w:tblPr/>
      <w:tcPr>
        <w:shd w:val="clear" w:color="auto" w:fill="F9D4BB" w:themeFill="accent2" w:themeFillTint="3F"/>
      </w:tcPr>
    </w:tblStylePr>
  </w:style>
  <w:style w:type="table" w:styleId="MediumList1-Accent3">
    <w:name w:val="Medium List 1 Accent 3"/>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44546A"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C0099" w:themeColor="accent4"/>
        <w:bottom w:val="single" w:sz="8" w:space="0" w:color="CC0099" w:themeColor="accent4"/>
      </w:tblBorders>
    </w:tblPr>
    <w:tblStylePr w:type="firstRow">
      <w:rPr>
        <w:rFonts w:asciiTheme="majorHAnsi" w:eastAsiaTheme="majorEastAsia" w:hAnsiTheme="majorHAnsi" w:cstheme="majorBidi"/>
      </w:rPr>
      <w:tblPr/>
      <w:tcPr>
        <w:tcBorders>
          <w:top w:val="nil"/>
          <w:bottom w:val="single" w:sz="8" w:space="0" w:color="CC0099" w:themeColor="accent4"/>
        </w:tcBorders>
      </w:tcPr>
    </w:tblStylePr>
    <w:tblStylePr w:type="lastRow">
      <w:rPr>
        <w:b/>
        <w:bCs/>
        <w:color w:val="44546A" w:themeColor="text2"/>
      </w:rPr>
      <w:tblPr/>
      <w:tcPr>
        <w:tcBorders>
          <w:top w:val="single" w:sz="8" w:space="0" w:color="CC0099" w:themeColor="accent4"/>
          <w:bottom w:val="single" w:sz="8" w:space="0" w:color="CC0099" w:themeColor="accent4"/>
        </w:tcBorders>
      </w:tcPr>
    </w:tblStylePr>
    <w:tblStylePr w:type="firstCol">
      <w:rPr>
        <w:b/>
        <w:bCs/>
      </w:rPr>
    </w:tblStylePr>
    <w:tblStylePr w:type="lastCol">
      <w:rPr>
        <w:b/>
        <w:bCs/>
      </w:rPr>
      <w:tblPr/>
      <w:tcPr>
        <w:tcBorders>
          <w:top w:val="single" w:sz="8" w:space="0" w:color="CC0099" w:themeColor="accent4"/>
          <w:bottom w:val="single" w:sz="8" w:space="0" w:color="CC0099" w:themeColor="accent4"/>
        </w:tcBorders>
      </w:tcPr>
    </w:tblStylePr>
    <w:tblStylePr w:type="band1Vert">
      <w:tblPr/>
      <w:tcPr>
        <w:shd w:val="clear" w:color="auto" w:fill="FFB3EC" w:themeFill="accent4" w:themeFillTint="3F"/>
      </w:tcPr>
    </w:tblStylePr>
    <w:tblStylePr w:type="band1Horz">
      <w:tblPr/>
      <w:tcPr>
        <w:shd w:val="clear" w:color="auto" w:fill="FFB3EC" w:themeFill="accent4" w:themeFillTint="3F"/>
      </w:tcPr>
    </w:tblStylePr>
  </w:style>
  <w:style w:type="table" w:styleId="MediumList1-Accent5">
    <w:name w:val="Medium List 1 Accent 5"/>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rPr>
        <w:sz w:val="24"/>
        <w:szCs w:val="24"/>
      </w:rPr>
      <w:tblPr/>
      <w:tcPr>
        <w:tcBorders>
          <w:top w:val="nil"/>
          <w:left w:val="nil"/>
          <w:bottom w:val="single" w:sz="24" w:space="0" w:color="007777" w:themeColor="accent1"/>
          <w:right w:val="nil"/>
          <w:insideH w:val="nil"/>
          <w:insideV w:val="nil"/>
        </w:tcBorders>
        <w:shd w:val="clear" w:color="auto" w:fill="FFFFFF" w:themeFill="background1"/>
      </w:tcPr>
    </w:tblStylePr>
    <w:tblStylePr w:type="lastRow">
      <w:tblPr/>
      <w:tcPr>
        <w:tcBorders>
          <w:top w:val="single" w:sz="8" w:space="0" w:color="00777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77" w:themeColor="accent1"/>
          <w:insideH w:val="nil"/>
          <w:insideV w:val="nil"/>
        </w:tcBorders>
        <w:shd w:val="clear" w:color="auto" w:fill="FFFFFF" w:themeFill="background1"/>
      </w:tcPr>
    </w:tblStylePr>
    <w:tblStylePr w:type="lastCol">
      <w:tblPr/>
      <w:tcPr>
        <w:tcBorders>
          <w:top w:val="nil"/>
          <w:left w:val="single" w:sz="8" w:space="0" w:color="0077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top w:val="nil"/>
          <w:bottom w:val="nil"/>
          <w:insideH w:val="nil"/>
          <w:insideV w:val="nil"/>
        </w:tcBorders>
        <w:shd w:val="clear" w:color="auto" w:fill="9E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rPr>
        <w:sz w:val="24"/>
        <w:szCs w:val="24"/>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tblPr/>
      <w:tcPr>
        <w:tcBorders>
          <w:top w:val="single" w:sz="8" w:space="0" w:color="C55A1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2"/>
          <w:insideH w:val="nil"/>
          <w:insideV w:val="nil"/>
        </w:tcBorders>
        <w:shd w:val="clear" w:color="auto" w:fill="FFFFFF" w:themeFill="background1"/>
      </w:tcPr>
    </w:tblStylePr>
    <w:tblStylePr w:type="lastCol">
      <w:tblPr/>
      <w:tcPr>
        <w:tcBorders>
          <w:top w:val="nil"/>
          <w:left w:val="single" w:sz="8" w:space="0" w:color="C55A1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top w:val="nil"/>
          <w:bottom w:val="nil"/>
          <w:insideH w:val="nil"/>
          <w:insideV w:val="nil"/>
        </w:tcBorders>
        <w:shd w:val="clear" w:color="auto" w:fill="F9D4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rPr>
        <w:sz w:val="24"/>
        <w:szCs w:val="24"/>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tblPr/>
      <w:tcPr>
        <w:tcBorders>
          <w:top w:val="single" w:sz="8" w:space="0" w:color="CC00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0099" w:themeColor="accent4"/>
          <w:insideH w:val="nil"/>
          <w:insideV w:val="nil"/>
        </w:tcBorders>
        <w:shd w:val="clear" w:color="auto" w:fill="FFFFFF" w:themeFill="background1"/>
      </w:tcPr>
    </w:tblStylePr>
    <w:tblStylePr w:type="lastCol">
      <w:tblPr/>
      <w:tcPr>
        <w:tcBorders>
          <w:top w:val="nil"/>
          <w:left w:val="single" w:sz="8" w:space="0" w:color="CC00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top w:val="nil"/>
          <w:bottom w:val="nil"/>
          <w:insideH w:val="nil"/>
          <w:insideV w:val="nil"/>
        </w:tcBorders>
        <w:shd w:val="clear" w:color="auto" w:fill="FFB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insideV w:val="single" w:sz="8" w:space="0" w:color="00D9D9" w:themeColor="accent1" w:themeTint="BF"/>
      </w:tblBorders>
    </w:tblPr>
    <w:tcPr>
      <w:shd w:val="clear" w:color="auto" w:fill="9EFFFF" w:themeFill="accent1" w:themeFillTint="3F"/>
    </w:tcPr>
    <w:tblStylePr w:type="firstRow">
      <w:rPr>
        <w:b/>
        <w:bCs/>
      </w:rPr>
    </w:tblStylePr>
    <w:tblStylePr w:type="lastRow">
      <w:rPr>
        <w:b/>
        <w:bCs/>
      </w:rPr>
      <w:tblPr/>
      <w:tcPr>
        <w:tcBorders>
          <w:top w:val="single" w:sz="18" w:space="0" w:color="00D9D9" w:themeColor="accent1" w:themeTint="BF"/>
        </w:tcBorders>
      </w:tcPr>
    </w:tblStylePr>
    <w:tblStylePr w:type="firstCol">
      <w:rPr>
        <w:b/>
        <w:bCs/>
      </w:rPr>
    </w:tblStylePr>
    <w:tblStylePr w:type="lastCol">
      <w:rPr>
        <w:b/>
        <w:bCs/>
      </w:r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MediumGrid1-Accent2">
    <w:name w:val="Medium Grid 1 Accent 2"/>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insideV w:val="single" w:sz="8" w:space="0" w:color="ED7E32" w:themeColor="accent2" w:themeTint="BF"/>
      </w:tblBorders>
    </w:tblPr>
    <w:tcPr>
      <w:shd w:val="clear" w:color="auto" w:fill="F9D4BB" w:themeFill="accent2" w:themeFillTint="3F"/>
    </w:tcPr>
    <w:tblStylePr w:type="firstRow">
      <w:rPr>
        <w:b/>
        <w:bCs/>
      </w:rPr>
    </w:tblStylePr>
    <w:tblStylePr w:type="lastRow">
      <w:rPr>
        <w:b/>
        <w:bCs/>
      </w:rPr>
      <w:tblPr/>
      <w:tcPr>
        <w:tcBorders>
          <w:top w:val="single" w:sz="18" w:space="0" w:color="ED7E32" w:themeColor="accent2" w:themeTint="BF"/>
        </w:tcBorders>
      </w:tcPr>
    </w:tblStylePr>
    <w:tblStylePr w:type="firstCol">
      <w:rPr>
        <w:b/>
        <w:bCs/>
      </w:rPr>
    </w:tblStylePr>
    <w:tblStylePr w:type="lastCol">
      <w:rPr>
        <w:b/>
        <w:bCs/>
      </w:r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MediumGrid1-Accent3">
    <w:name w:val="Medium Grid 1 Accent 3"/>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insideV w:val="single" w:sz="8" w:space="0" w:color="FF19C5" w:themeColor="accent4" w:themeTint="BF"/>
      </w:tblBorders>
    </w:tblPr>
    <w:tcPr>
      <w:shd w:val="clear" w:color="auto" w:fill="FFB3EC" w:themeFill="accent4" w:themeFillTint="3F"/>
    </w:tcPr>
    <w:tblStylePr w:type="firstRow">
      <w:rPr>
        <w:b/>
        <w:bCs/>
      </w:rPr>
    </w:tblStylePr>
    <w:tblStylePr w:type="lastRow">
      <w:rPr>
        <w:b/>
        <w:bCs/>
      </w:rPr>
      <w:tblPr/>
      <w:tcPr>
        <w:tcBorders>
          <w:top w:val="single" w:sz="18" w:space="0" w:color="FF19C5" w:themeColor="accent4" w:themeTint="BF"/>
        </w:tcBorders>
      </w:tcPr>
    </w:tblStylePr>
    <w:tblStylePr w:type="firstCol">
      <w:rPr>
        <w:b/>
        <w:bCs/>
      </w:rPr>
    </w:tblStylePr>
    <w:tblStylePr w:type="lastCol">
      <w:rPr>
        <w:b/>
        <w:bCs/>
      </w:r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MediumGrid1-Accent5">
    <w:name w:val="Medium Grid 1 Accent 5"/>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cPr>
      <w:shd w:val="clear" w:color="auto" w:fill="9EFFFF" w:themeFill="accent1" w:themeFillTint="3F"/>
    </w:tcPr>
    <w:tblStylePr w:type="firstRow">
      <w:rPr>
        <w:b/>
        <w:bCs/>
        <w:color w:val="000000" w:themeColor="text1"/>
      </w:rPr>
      <w:tblPr/>
      <w:tcPr>
        <w:shd w:val="clear" w:color="auto" w:fill="D8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F" w:themeFill="accent1" w:themeFillTint="33"/>
      </w:tcPr>
    </w:tblStylePr>
    <w:tblStylePr w:type="band1Vert">
      <w:tblPr/>
      <w:tcPr>
        <w:shd w:val="clear" w:color="auto" w:fill="3CFFFF" w:themeFill="accent1" w:themeFillTint="7F"/>
      </w:tcPr>
    </w:tblStylePr>
    <w:tblStylePr w:type="band1Horz">
      <w:tblPr/>
      <w:tcPr>
        <w:tcBorders>
          <w:insideH w:val="single" w:sz="6" w:space="0" w:color="007777" w:themeColor="accent1"/>
          <w:insideV w:val="single" w:sz="6" w:space="0" w:color="007777" w:themeColor="accent1"/>
        </w:tcBorders>
        <w:shd w:val="clear" w:color="auto" w:fill="3C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cPr>
      <w:shd w:val="clear" w:color="auto" w:fill="F9D4BB" w:themeFill="accent2" w:themeFillTint="3F"/>
    </w:tcPr>
    <w:tblStylePr w:type="firstRow">
      <w:rPr>
        <w:b/>
        <w:bCs/>
        <w:color w:val="000000" w:themeColor="text1"/>
      </w:rPr>
      <w:tblPr/>
      <w:tcPr>
        <w:shd w:val="clear" w:color="auto" w:fill="FC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8" w:themeFill="accent2" w:themeFillTint="33"/>
      </w:tcPr>
    </w:tblStylePr>
    <w:tblStylePr w:type="band1Vert">
      <w:tblPr/>
      <w:tcPr>
        <w:shd w:val="clear" w:color="auto" w:fill="F3A977" w:themeFill="accent2" w:themeFillTint="7F"/>
      </w:tcPr>
    </w:tblStylePr>
    <w:tblStylePr w:type="band1Horz">
      <w:tblPr/>
      <w:tcPr>
        <w:tcBorders>
          <w:insideH w:val="single" w:sz="6" w:space="0" w:color="C55A11" w:themeColor="accent2"/>
          <w:insideV w:val="single" w:sz="6" w:space="0" w:color="C55A11" w:themeColor="accent2"/>
        </w:tcBorders>
        <w:shd w:val="clear" w:color="auto" w:fill="F3A9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000000" w:themeColor="text1"/>
      </w:rPr>
      <w:tblPr/>
      <w:tcPr>
        <w:shd w:val="clear" w:color="auto" w:fill="DF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cPr>
      <w:shd w:val="clear" w:color="auto" w:fill="FFB3EC" w:themeFill="accent4" w:themeFillTint="3F"/>
    </w:tcPr>
    <w:tblStylePr w:type="firstRow">
      <w:rPr>
        <w:b/>
        <w:bCs/>
        <w:color w:val="000000" w:themeColor="text1"/>
      </w:rPr>
      <w:tblPr/>
      <w:tcPr>
        <w:shd w:val="clear" w:color="auto" w:fill="FFE1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F" w:themeFill="accent4" w:themeFillTint="33"/>
      </w:tcPr>
    </w:tblStylePr>
    <w:tblStylePr w:type="band1Vert">
      <w:tblPr/>
      <w:tcPr>
        <w:shd w:val="clear" w:color="auto" w:fill="FF66D8" w:themeFill="accent4" w:themeFillTint="7F"/>
      </w:tcPr>
    </w:tblStylePr>
    <w:tblStylePr w:type="band1Horz">
      <w:tblPr/>
      <w:tcPr>
        <w:tcBorders>
          <w:insideH w:val="single" w:sz="6" w:space="0" w:color="CC0099" w:themeColor="accent4"/>
          <w:insideV w:val="single" w:sz="6" w:space="0" w:color="CC0099" w:themeColor="accent4"/>
        </w:tcBorders>
        <w:shd w:val="clear" w:color="auto" w:fill="FF66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FFF" w:themeFill="accent1" w:themeFillTint="7F"/>
      </w:tcPr>
    </w:tblStylePr>
  </w:style>
  <w:style w:type="table" w:styleId="MediumGrid3-Accent2">
    <w:name w:val="Medium Grid 3 Accent 2"/>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2" w:themeFillTint="7F"/>
      </w:tcPr>
    </w:tblStylePr>
  </w:style>
  <w:style w:type="table" w:styleId="MediumGrid3-Accent3">
    <w:name w:val="Medium Grid 3 Accent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00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00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6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6D8" w:themeFill="accent4" w:themeFillTint="7F"/>
      </w:tcPr>
    </w:tblStylePr>
  </w:style>
  <w:style w:type="table" w:styleId="MediumGrid3-Accent5">
    <w:name w:val="Medium Grid 3 Accent 5"/>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7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59" w:themeFill="accent1" w:themeFillShade="BF"/>
      </w:tcPr>
    </w:tblStylePr>
    <w:tblStylePr w:type="band1Vert">
      <w:tblPr/>
      <w:tcPr>
        <w:tcBorders>
          <w:top w:val="nil"/>
          <w:left w:val="nil"/>
          <w:bottom w:val="nil"/>
          <w:right w:val="nil"/>
          <w:insideH w:val="nil"/>
          <w:insideV w:val="nil"/>
        </w:tcBorders>
        <w:shd w:val="clear" w:color="auto" w:fill="005959" w:themeFill="accent1" w:themeFillShade="BF"/>
      </w:tcPr>
    </w:tblStylePr>
    <w:tblStylePr w:type="band1Horz">
      <w:tblPr/>
      <w:tcPr>
        <w:tcBorders>
          <w:top w:val="nil"/>
          <w:left w:val="nil"/>
          <w:bottom w:val="nil"/>
          <w:right w:val="nil"/>
          <w:insideH w:val="nil"/>
          <w:insideV w:val="nil"/>
        </w:tcBorders>
        <w:shd w:val="clear" w:color="auto" w:fill="005959" w:themeFill="accent1" w:themeFillShade="BF"/>
      </w:tcPr>
    </w:tblStylePr>
  </w:style>
  <w:style w:type="table" w:styleId="DarkList-Accent2">
    <w:name w:val="Dark List Accent 2"/>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55A1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2" w:themeFillShade="BF"/>
      </w:tcPr>
    </w:tblStylePr>
    <w:tblStylePr w:type="band1Vert">
      <w:tblPr/>
      <w:tcPr>
        <w:tcBorders>
          <w:top w:val="nil"/>
          <w:left w:val="nil"/>
          <w:bottom w:val="nil"/>
          <w:right w:val="nil"/>
          <w:insideH w:val="nil"/>
          <w:insideV w:val="nil"/>
        </w:tcBorders>
        <w:shd w:val="clear" w:color="auto" w:fill="93430C" w:themeFill="accent2" w:themeFillShade="BF"/>
      </w:tcPr>
    </w:tblStylePr>
    <w:tblStylePr w:type="band1Horz">
      <w:tblPr/>
      <w:tcPr>
        <w:tcBorders>
          <w:top w:val="nil"/>
          <w:left w:val="nil"/>
          <w:bottom w:val="nil"/>
          <w:right w:val="nil"/>
          <w:insideH w:val="nil"/>
          <w:insideV w:val="nil"/>
        </w:tcBorders>
        <w:shd w:val="clear" w:color="auto" w:fill="93430C" w:themeFill="accent2" w:themeFillShade="BF"/>
      </w:tcPr>
    </w:tblStylePr>
  </w:style>
  <w:style w:type="table" w:styleId="DarkList-Accent3">
    <w:name w:val="Dark List Accent 3"/>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C00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0072" w:themeFill="accent4" w:themeFillShade="BF"/>
      </w:tcPr>
    </w:tblStylePr>
    <w:tblStylePr w:type="band1Vert">
      <w:tblPr/>
      <w:tcPr>
        <w:tcBorders>
          <w:top w:val="nil"/>
          <w:left w:val="nil"/>
          <w:bottom w:val="nil"/>
          <w:right w:val="nil"/>
          <w:insideH w:val="nil"/>
          <w:insideV w:val="nil"/>
        </w:tcBorders>
        <w:shd w:val="clear" w:color="auto" w:fill="980072" w:themeFill="accent4" w:themeFillShade="BF"/>
      </w:tcPr>
    </w:tblStylePr>
    <w:tblStylePr w:type="band1Horz">
      <w:tblPr/>
      <w:tcPr>
        <w:tcBorders>
          <w:top w:val="nil"/>
          <w:left w:val="nil"/>
          <w:bottom w:val="nil"/>
          <w:right w:val="nil"/>
          <w:insideH w:val="nil"/>
          <w:insideV w:val="nil"/>
        </w:tcBorders>
        <w:shd w:val="clear" w:color="auto" w:fill="980072" w:themeFill="accent4" w:themeFillShade="BF"/>
      </w:tcPr>
    </w:tblStylePr>
  </w:style>
  <w:style w:type="table" w:styleId="DarkList-Accent5">
    <w:name w:val="Dark List Accent 5"/>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7777" w:themeColor="accent1"/>
        <w:bottom w:val="single" w:sz="4" w:space="0" w:color="007777" w:themeColor="accent1"/>
        <w:right w:val="single" w:sz="4" w:space="0" w:color="007777" w:themeColor="accent1"/>
        <w:insideH w:val="single" w:sz="4" w:space="0" w:color="FFFFFF" w:themeColor="background1"/>
        <w:insideV w:val="single" w:sz="4" w:space="0" w:color="FFFFFF" w:themeColor="background1"/>
      </w:tblBorders>
    </w:tblPr>
    <w:tcPr>
      <w:shd w:val="clear" w:color="auto" w:fill="D8FFFF" w:themeFill="accen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7" w:themeFill="accent1" w:themeFillShade="99"/>
      </w:tcPr>
    </w:tblStylePr>
    <w:tblStylePr w:type="firstCol">
      <w:rPr>
        <w:color w:val="FFFFFF" w:themeColor="background1"/>
      </w:rPr>
      <w:tblPr/>
      <w:tcPr>
        <w:tcBorders>
          <w:top w:val="nil"/>
          <w:left w:val="nil"/>
          <w:bottom w:val="nil"/>
          <w:right w:val="nil"/>
          <w:insideH w:val="single" w:sz="4" w:space="0" w:color="004747" w:themeColor="accent1" w:themeShade="99"/>
          <w:insideV w:val="nil"/>
        </w:tcBorders>
        <w:shd w:val="clear" w:color="auto" w:fill="0047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47" w:themeFill="accent1" w:themeFillShade="99"/>
      </w:tcPr>
    </w:tblStylePr>
    <w:tblStylePr w:type="band1Vert">
      <w:tblPr/>
      <w:tcPr>
        <w:shd w:val="clear" w:color="auto" w:fill="62FFFF" w:themeFill="accent1" w:themeFillTint="66"/>
      </w:tcPr>
    </w:tblStylePr>
    <w:tblStylePr w:type="band1Horz">
      <w:tblPr/>
      <w:tcPr>
        <w:shd w:val="clear" w:color="auto" w:fill="3CF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C55A11" w:themeColor="accent2"/>
        <w:bottom w:val="single" w:sz="4" w:space="0" w:color="C55A11" w:themeColor="accent2"/>
        <w:right w:val="single" w:sz="4" w:space="0" w:color="C55A11" w:themeColor="accent2"/>
        <w:insideH w:val="single" w:sz="4" w:space="0" w:color="FFFFFF" w:themeColor="background1"/>
        <w:insideV w:val="single" w:sz="4" w:space="0" w:color="FFFFFF" w:themeColor="background1"/>
      </w:tblBorders>
    </w:tblPr>
    <w:tcPr>
      <w:shd w:val="clear" w:color="auto" w:fill="FCEDE4" w:themeFill="accent2"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2" w:themeFillShade="99"/>
      </w:tcPr>
    </w:tblStylePr>
    <w:tblStylePr w:type="firstCol">
      <w:rPr>
        <w:color w:val="FFFFFF" w:themeColor="background1"/>
      </w:rPr>
      <w:tblPr/>
      <w:tcPr>
        <w:tcBorders>
          <w:top w:val="nil"/>
          <w:left w:val="nil"/>
          <w:bottom w:val="nil"/>
          <w:right w:val="nil"/>
          <w:insideH w:val="single" w:sz="4" w:space="0" w:color="76350A" w:themeColor="accent2" w:themeShade="99"/>
          <w:insideV w:val="nil"/>
        </w:tcBorders>
        <w:shd w:val="clear" w:color="auto" w:fill="7635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2" w:themeFillShade="99"/>
      </w:tcPr>
    </w:tblStylePr>
    <w:tblStylePr w:type="band1Vert">
      <w:tblPr/>
      <w:tcPr>
        <w:shd w:val="clear" w:color="auto" w:fill="F5BA91" w:themeFill="accent2" w:themeFillTint="66"/>
      </w:tcPr>
    </w:tblStylePr>
    <w:tblStylePr w:type="band1Horz">
      <w:tblPr/>
      <w:tcPr>
        <w:shd w:val="clear" w:color="auto" w:fill="F3A9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C0099"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0070C0" w:themeColor="accent3"/>
        <w:left w:val="single" w:sz="4" w:space="0" w:color="CC0099" w:themeColor="accent4"/>
        <w:bottom w:val="single" w:sz="4" w:space="0" w:color="CC0099" w:themeColor="accent4"/>
        <w:right w:val="single" w:sz="4" w:space="0" w:color="CC0099" w:themeColor="accent4"/>
        <w:insideH w:val="single" w:sz="4" w:space="0" w:color="FFFFFF" w:themeColor="background1"/>
        <w:insideV w:val="single" w:sz="4" w:space="0" w:color="FFFFFF" w:themeColor="background1"/>
      </w:tblBorders>
    </w:tblPr>
    <w:tcPr>
      <w:shd w:val="clear" w:color="auto" w:fill="FFE1F7"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05B" w:themeFill="accent4" w:themeFillShade="99"/>
      </w:tcPr>
    </w:tblStylePr>
    <w:tblStylePr w:type="firstCol">
      <w:rPr>
        <w:color w:val="FFFFFF" w:themeColor="background1"/>
      </w:rPr>
      <w:tblPr/>
      <w:tcPr>
        <w:tcBorders>
          <w:top w:val="nil"/>
          <w:left w:val="nil"/>
          <w:bottom w:val="nil"/>
          <w:right w:val="nil"/>
          <w:insideH w:val="single" w:sz="4" w:space="0" w:color="7A005B" w:themeColor="accent4" w:themeShade="99"/>
          <w:insideV w:val="nil"/>
        </w:tcBorders>
        <w:shd w:val="clear" w:color="auto" w:fill="7A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005B" w:themeFill="accent4" w:themeFillShade="99"/>
      </w:tcPr>
    </w:tblStylePr>
    <w:tblStylePr w:type="band1Vert">
      <w:tblPr/>
      <w:tcPr>
        <w:shd w:val="clear" w:color="auto" w:fill="FF84E0" w:themeFill="accent4" w:themeFillTint="66"/>
      </w:tcPr>
    </w:tblStylePr>
    <w:tblStylePr w:type="band1Horz">
      <w:tblPr/>
      <w:tcPr>
        <w:shd w:val="clear" w:color="auto" w:fill="FF66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8FFFF" w:themeFill="accen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FFF" w:themeFill="accent1" w:themeFillTint="3F"/>
      </w:tcPr>
    </w:tblStylePr>
    <w:tblStylePr w:type="band1Horz">
      <w:tblPr/>
      <w:tcPr>
        <w:shd w:val="clear" w:color="auto" w:fill="B0FFFF" w:themeFill="accent1" w:themeFillTint="33"/>
      </w:tcPr>
    </w:tblStylePr>
  </w:style>
  <w:style w:type="table" w:styleId="ColorfulList-Accent2">
    <w:name w:val="Colorful List Accent 2"/>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CEDE4" w:themeFill="accent2"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2" w:themeFillTint="3F"/>
      </w:tcPr>
    </w:tblStylePr>
    <w:tblStylePr w:type="band1Horz">
      <w:tblPr/>
      <w:tcPr>
        <w:shd w:val="clear" w:color="auto" w:fill="FADCC8" w:themeFill="accent2" w:themeFillTint="33"/>
      </w:tcPr>
    </w:tblStylePr>
  </w:style>
  <w:style w:type="table" w:styleId="ColorfulList-Accent3">
    <w:name w:val="Colorful List Accent 3"/>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A3007A" w:themeFill="accent4" w:themeFillShade="CC"/>
      </w:tcPr>
    </w:tblStylePr>
    <w:tblStylePr w:type="lastRow">
      <w:rPr>
        <w:b/>
        <w:bCs/>
        <w:color w:val="A300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FE1F7"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EC" w:themeFill="accent4" w:themeFillTint="3F"/>
      </w:tcPr>
    </w:tblStylePr>
    <w:tblStylePr w:type="band1Horz">
      <w:tblPr/>
      <w:tcPr>
        <w:shd w:val="clear" w:color="auto" w:fill="FFC1EF" w:themeFill="accent4" w:themeFillTint="33"/>
      </w:tcPr>
    </w:tblStylePr>
  </w:style>
  <w:style w:type="table" w:styleId="ColorfulList-Accent5">
    <w:name w:val="Colorful List Accent 5"/>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0FFFF" w:themeFill="accent1" w:themeFillTint="33"/>
    </w:tcPr>
    <w:tblStylePr w:type="firstRow">
      <w:rPr>
        <w:b/>
        <w:bCs/>
      </w:rPr>
      <w:tblPr/>
      <w:tcPr>
        <w:shd w:val="clear" w:color="auto" w:fill="62FFFF" w:themeFill="accent1" w:themeFillTint="66"/>
      </w:tcPr>
    </w:tblStylePr>
    <w:tblStylePr w:type="lastRow">
      <w:rPr>
        <w:b/>
        <w:bCs/>
        <w:color w:val="000000" w:themeColor="text1"/>
      </w:rPr>
      <w:tblPr/>
      <w:tcPr>
        <w:shd w:val="clear" w:color="auto" w:fill="62FFFF" w:themeFill="accent1" w:themeFillTint="66"/>
      </w:tcPr>
    </w:tblStylePr>
    <w:tblStylePr w:type="firstCol">
      <w:rPr>
        <w:color w:val="FFFFFF" w:themeColor="background1"/>
      </w:rPr>
      <w:tblPr/>
      <w:tcPr>
        <w:shd w:val="clear" w:color="auto" w:fill="005959" w:themeFill="accent1" w:themeFillShade="BF"/>
      </w:tcPr>
    </w:tblStylePr>
    <w:tblStylePr w:type="lastCol">
      <w:rPr>
        <w:color w:val="FFFFFF" w:themeColor="background1"/>
      </w:rPr>
      <w:tblPr/>
      <w:tcPr>
        <w:shd w:val="clear" w:color="auto" w:fill="005959" w:themeFill="accent1" w:themeFillShade="BF"/>
      </w:tc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ColorfulGrid-Accent2">
    <w:name w:val="Colorful Grid Accent 2"/>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ADCC8" w:themeFill="accent2" w:themeFillTint="33"/>
    </w:tcPr>
    <w:tblStylePr w:type="firstRow">
      <w:rPr>
        <w:b/>
        <w:bCs/>
      </w:rPr>
      <w:tblPr/>
      <w:tcPr>
        <w:shd w:val="clear" w:color="auto" w:fill="F5BA91" w:themeFill="accent2" w:themeFillTint="66"/>
      </w:tcPr>
    </w:tblStylePr>
    <w:tblStylePr w:type="lastRow">
      <w:rPr>
        <w:b/>
        <w:bCs/>
        <w:color w:val="000000" w:themeColor="text1"/>
      </w:rPr>
      <w:tblPr/>
      <w:tcPr>
        <w:shd w:val="clear" w:color="auto" w:fill="F5BA91" w:themeFill="accent2" w:themeFillTint="66"/>
      </w:tcPr>
    </w:tblStylePr>
    <w:tblStylePr w:type="firstCol">
      <w:rPr>
        <w:color w:val="FFFFFF" w:themeColor="background1"/>
      </w:rPr>
      <w:tblPr/>
      <w:tcPr>
        <w:shd w:val="clear" w:color="auto" w:fill="93430C" w:themeFill="accent2" w:themeFillShade="BF"/>
      </w:tcPr>
    </w:tblStylePr>
    <w:tblStylePr w:type="lastCol">
      <w:rPr>
        <w:color w:val="FFFFFF" w:themeColor="background1"/>
      </w:rPr>
      <w:tblPr/>
      <w:tcPr>
        <w:shd w:val="clear" w:color="auto" w:fill="93430C" w:themeFill="accent2" w:themeFillShade="BF"/>
      </w:tc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ColorfulGrid-Accent3">
    <w:name w:val="Colorful Grid Accent 3"/>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C1EF" w:themeFill="accent4" w:themeFillTint="33"/>
    </w:tcPr>
    <w:tblStylePr w:type="firstRow">
      <w:rPr>
        <w:b/>
        <w:bCs/>
      </w:rPr>
      <w:tblPr/>
      <w:tcPr>
        <w:shd w:val="clear" w:color="auto" w:fill="FF84E0" w:themeFill="accent4" w:themeFillTint="66"/>
      </w:tcPr>
    </w:tblStylePr>
    <w:tblStylePr w:type="lastRow">
      <w:rPr>
        <w:b/>
        <w:bCs/>
        <w:color w:val="000000" w:themeColor="text1"/>
      </w:rPr>
      <w:tblPr/>
      <w:tcPr>
        <w:shd w:val="clear" w:color="auto" w:fill="FF84E0" w:themeFill="accent4" w:themeFillTint="66"/>
      </w:tcPr>
    </w:tblStylePr>
    <w:tblStylePr w:type="firstCol">
      <w:rPr>
        <w:color w:val="FFFFFF" w:themeColor="background1"/>
      </w:rPr>
      <w:tblPr/>
      <w:tcPr>
        <w:shd w:val="clear" w:color="auto" w:fill="980072" w:themeFill="accent4" w:themeFillShade="BF"/>
      </w:tcPr>
    </w:tblStylePr>
    <w:tblStylePr w:type="lastCol">
      <w:rPr>
        <w:color w:val="FFFFFF" w:themeColor="background1"/>
      </w:rPr>
      <w:tblPr/>
      <w:tcPr>
        <w:shd w:val="clear" w:color="auto" w:fill="980072" w:themeFill="accent4" w:themeFillShade="BF"/>
      </w:tc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ColorfulGrid-Accent5">
    <w:name w:val="Colorful Grid Accent 5"/>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DUNCAN, Mike (BRISDOC HEALTHCARE SERVICES OOH)</cp:lastModifiedBy>
  <cp:revision>3</cp:revision>
  <cp:lastPrinted>2022-02-09T17:27:00Z</cp:lastPrinted>
  <dcterms:created xsi:type="dcterms:W3CDTF">2026-07-22T08:20:00Z</dcterms:created>
  <dcterms:modified xsi:type="dcterms:W3CDTF">2026-07-22T08:22:00Z</dcterms:modified>
</cp:coreProperties>
</file>